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76" w:lineRule="auto"/>
        <w:jc w:val="center"/>
      </w:pPr>
      <w:r>
        <w:rPr>
          <w:b/>
          <w:sz w:val="36"/>
        </w:rPr>
        <w:t>文言文 120 实词 · 积累与训练（打印版）</w:t>
      </w:r>
    </w:p>
    <w:p>
      <w:pPr>
        <w:spacing w:after="120" w:line="276" w:lineRule="auto"/>
        <w:jc w:val="center"/>
      </w:pPr>
      <w:r>
        <w:rPr>
          <w:b w:val="0"/>
          <w:color w:val="6B6155"/>
          <w:sz w:val="19"/>
        </w:rPr>
        <w:t>事实性知识 › 文言词汇 › 文言实词120　｜　答题处为下划线，参考答案附每词末　｜　标注〔课内〕〔课外〕</w:t>
      </w:r>
    </w:p>
    <w:p>
      <w:pPr>
        <w:spacing w:after="20" w:line="276" w:lineRule="auto"/>
      </w:pPr>
      <w:r>
        <w:rPr>
          <w:b/>
          <w:color w:val="B8902F"/>
          <w:sz w:val="24"/>
        </w:rPr>
        <w:t>1. 爱</w:t>
      </w:r>
    </w:p>
    <w:p>
      <w:pPr>
        <w:spacing w:after="40" w:line="276" w:lineRule="auto"/>
      </w:pPr>
      <w:r>
        <w:rPr>
          <w:b w:val="0"/>
          <w:sz w:val="20"/>
        </w:rPr>
        <w:t>【义项】A 疼爱，爱护　B 喜欢，爱好　C 吝惜　D 同情，怜惜　E 喜爱，欣赏　F 隐藏　G 可爱</w:t>
      </w:r>
    </w:p>
    <w:p>
      <w:pPr>
        <w:spacing w:after="20" w:line="276" w:lineRule="auto"/>
      </w:pPr>
      <w:r>
        <w:rPr>
          <w:sz w:val="21"/>
        </w:rPr>
        <w:t xml:space="preserve">（1）爱其子，择师而教之（韩愈《师说》）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（2）秦爱纷奢，人亦念其家（杜牧《阿房宫赋》）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（3）不爱珍器重宝肥饶之地，以致天下之士（贾谊《过秦论》）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（4）齐国虽褊小，吾何爱一牛（《齐桓晋文之事》）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（5）予独爱莲之出淤泥而不染（周敦颐《爱莲说》）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（6）爱而不见，搔首踟蹰（《诗经·静女》）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（7）三五之夜，明月半墙，桂影斑驳，风移影动，珊珊可爱（归有光《项脊轩志》）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</w:t>
      </w:r>
    </w:p>
    <w:p>
      <w:pPr>
        <w:spacing w:after="20" w:line="276" w:lineRule="auto"/>
      </w:pPr>
      <w:r>
        <w:rPr>
          <w:b/>
          <w:color w:val="B8902F"/>
          <w:sz w:val="24"/>
        </w:rPr>
        <w:t>2. 安</w:t>
      </w:r>
    </w:p>
    <w:p>
      <w:pPr>
        <w:spacing w:after="40" w:line="276" w:lineRule="auto"/>
      </w:pPr>
      <w:r>
        <w:rPr>
          <w:b w:val="0"/>
          <w:sz w:val="20"/>
        </w:rPr>
        <w:t>【义项】A 安全，安稳，安定　B 安抚，抚慰　C 哪里，什么地方　D 养　E 安置，安放　F 舒服，安逸　G 习惯于，安于</w:t>
      </w:r>
    </w:p>
    <w:p>
      <w:pPr>
        <w:spacing w:after="20" w:line="276" w:lineRule="auto"/>
      </w:pPr>
      <w:r>
        <w:rPr>
          <w:sz w:val="21"/>
        </w:rPr>
        <w:t xml:space="preserve">（1）风雨不动安如山（杜甫《茅屋为秋风所破歌》）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（2）则宜抚安，与结盟好（司马光《赤壁之战》）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（3）沛公安在（司马迁《鸿门宴》）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（4）衣食所安（《曹刿论战》）输入标题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（5）离山十里有王平安营（罗贯中《失街亭》）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（6）居安思危（成语）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（7）安土重迁（成语）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</w:t>
      </w:r>
    </w:p>
    <w:p>
      <w:pPr>
        <w:spacing w:after="20" w:line="276" w:lineRule="auto"/>
      </w:pPr>
      <w:r>
        <w:rPr>
          <w:b/>
          <w:color w:val="B8902F"/>
          <w:sz w:val="24"/>
        </w:rPr>
        <w:t>3. 被</w:t>
      </w:r>
    </w:p>
    <w:p>
      <w:pPr>
        <w:spacing w:after="40" w:line="276" w:lineRule="auto"/>
      </w:pPr>
      <w:r>
        <w:rPr>
          <w:b w:val="0"/>
          <w:sz w:val="20"/>
        </w:rPr>
        <w:t>【义项】A 受　B 表示被动　C 同“披”，穿　D 覆盖，遮盖　E 通“披”，披散</w:t>
      </w:r>
    </w:p>
    <w:p>
      <w:pPr>
        <w:spacing w:after="20" w:line="276" w:lineRule="auto"/>
      </w:pPr>
      <w:r>
        <w:rPr>
          <w:sz w:val="21"/>
        </w:rPr>
        <w:t xml:space="preserve">（1）秦王复击轲，被八创（《荆轲刺秦王》）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（2）妆成每被秋娘妒（白居易《琵琶行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（3）同舍生皆被绮绣（宋濂《送东阳马生序》）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（4）泽被后世（成语）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（5）屈原至于江滨，被发行吟泽畔（司马迁《屈原列传》）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4. 倍</w:t>
      </w:r>
    </w:p>
    <w:p>
      <w:pPr>
        <w:spacing w:after="40" w:line="276" w:lineRule="auto"/>
      </w:pPr>
      <w:r>
        <w:rPr>
          <w:b w:val="0"/>
          <w:sz w:val="20"/>
        </w:rPr>
        <w:t>【义项】A 通“背”　B 越发，更加　C 倍数　D 加倍，愈加，更加</w:t>
      </w:r>
    </w:p>
    <w:p>
      <w:pPr>
        <w:spacing w:after="20" w:line="276" w:lineRule="auto"/>
      </w:pPr>
      <w:r>
        <w:rPr>
          <w:sz w:val="21"/>
        </w:rPr>
        <w:t xml:space="preserve">（1）愿伯具言臣之不敢倍德也（司马迁《鸿门宴》）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（2）每逢佳节倍思亲（王维《九月九日忆山东兄弟》）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（3）其实百倍（苏洵《六国论》）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（4）田家少闲月，五月人倍忙（白居易《观刈麦》）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5. 本</w:t>
      </w:r>
    </w:p>
    <w:p>
      <w:pPr>
        <w:spacing w:after="40" w:line="276" w:lineRule="auto"/>
      </w:pPr>
      <w:r>
        <w:rPr>
          <w:b w:val="0"/>
          <w:sz w:val="20"/>
        </w:rPr>
        <w:t>【义项】A 推究　B 本来　C 本来的，原来的　D 根本，这里指行王道仁政　E 根</w:t>
      </w:r>
    </w:p>
    <w:p>
      <w:pPr>
        <w:spacing w:after="20" w:line="276" w:lineRule="auto"/>
      </w:pPr>
      <w:r>
        <w:rPr>
          <w:sz w:val="21"/>
        </w:rPr>
        <w:t xml:space="preserve">（1）抑本其成败之迹（欧阳修《伶官传序》）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（2）自言本是京城女（白居易《琵琶行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（3）此之谓失其本心（《鱼我所欲也》）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（4）盖亦反其本矣（《齐桓晋文之事》）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（5）凡植木之性，其本欲舒（柳宗元《种树郭橐驼传》）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6. 鄙</w:t>
      </w:r>
    </w:p>
    <w:p>
      <w:pPr>
        <w:spacing w:after="40" w:line="276" w:lineRule="auto"/>
      </w:pPr>
      <w:r>
        <w:rPr>
          <w:b w:val="0"/>
          <w:sz w:val="20"/>
        </w:rPr>
        <w:t>【义项】A 把……当做边邑　B 庸俗，浅陋，鄙俗　C 轻贱　D 看不起，轻视</w:t>
      </w:r>
    </w:p>
    <w:p>
      <w:pPr>
        <w:spacing w:after="20" w:line="276" w:lineRule="auto"/>
      </w:pPr>
      <w:r>
        <w:rPr>
          <w:sz w:val="21"/>
        </w:rPr>
        <w:t xml:space="preserve">（1）越国以鄙远，君知其难也（《烛之武退秦师》）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（2）鄙贱之人，不知将军宽之至此也（司马迁《廉颇蔺相如列传》）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（3）人贱物亦鄙（《孔雀东南飞》）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（4）我皆有礼，夫犹鄙我（《左传·昭公十六年》）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7. 兵</w:t>
      </w:r>
    </w:p>
    <w:p>
      <w:pPr>
        <w:spacing w:after="40" w:line="276" w:lineRule="auto"/>
      </w:pPr>
      <w:r>
        <w:rPr>
          <w:b w:val="0"/>
          <w:sz w:val="20"/>
        </w:rPr>
        <w:t>【义项】A 兵器　B 军队　C 战争，战事　D 兵法</w:t>
      </w:r>
    </w:p>
    <w:p>
      <w:pPr>
        <w:spacing w:after="20" w:line="276" w:lineRule="auto"/>
      </w:pPr>
      <w:r>
        <w:rPr>
          <w:sz w:val="21"/>
        </w:rPr>
        <w:t xml:space="preserve">（1）六国破灭，非兵不利（苏洵《六国论》）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（2）赵亦盛设兵以待秦，秦不敢动（司马迁《廉颇蔺相如列传》）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（3）废池乔木，犹厌言兵（姜夔《扬州慢》）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（4）行军用兵之道，非及向时之士也（贾谊《过秦论》）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8. 病</w:t>
      </w:r>
    </w:p>
    <w:p>
      <w:pPr>
        <w:spacing w:after="40" w:line="276" w:lineRule="auto"/>
      </w:pPr>
      <w:r>
        <w:rPr>
          <w:b w:val="0"/>
          <w:sz w:val="20"/>
        </w:rPr>
        <w:t>【义项】A 有疾病　B 困苦不堪　C 担心，忧虑　D 毛病，缺点</w:t>
      </w:r>
    </w:p>
    <w:p>
      <w:pPr>
        <w:spacing w:after="20" w:line="276" w:lineRule="auto"/>
      </w:pPr>
      <w:r>
        <w:rPr>
          <w:sz w:val="21"/>
        </w:rPr>
        <w:t xml:space="preserve">（1）相如每朝时，常称病（司马迁《廉颇蔺相如列传》）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（2）向吾不为斯役，则久已病矣（柳宗元《捕蛇者说》）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（3）君子病无能焉，不病人之不己知也（《论语》）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（4）人皆嗤吾固陋，吾不以为病（司马光《训俭示康》）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9. 察</w:t>
      </w:r>
    </w:p>
    <w:p>
      <w:pPr>
        <w:spacing w:after="40" w:line="276" w:lineRule="auto"/>
      </w:pPr>
      <w:r>
        <w:rPr>
          <w:b w:val="0"/>
          <w:sz w:val="20"/>
        </w:rPr>
        <w:t>【义项】A 考察，调查　B 考察后予以推荐　C 了解，弄清楚，明察　D 观察　E 洁净的样子　F 明智，精明</w:t>
      </w:r>
    </w:p>
    <w:p>
      <w:pPr>
        <w:spacing w:after="20" w:line="276" w:lineRule="auto"/>
      </w:pPr>
      <w:r>
        <w:rPr>
          <w:sz w:val="21"/>
        </w:rPr>
        <w:t xml:space="preserve">（1）察邻国之政（《寡人之于国也》）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（2）前太守臣逵察臣孝廉（李密《陈情表》）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（3）虽不能察，必以情（《曹刿论战》）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（4）徐而察之，则山下皆石穴罅（苏轼《石钟山记》）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（5）人又谁能以身之察察（司马迁《屈原列传》）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（6）水至清则无鱼，人至察则无徒（班固《汉书·东方朔传》）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10. 朝</w:t>
      </w:r>
    </w:p>
    <w:p>
      <w:pPr>
        <w:spacing w:after="40" w:line="276" w:lineRule="auto"/>
      </w:pPr>
      <w:r>
        <w:rPr>
          <w:b w:val="0"/>
          <w:sz w:val="20"/>
        </w:rPr>
        <w:t>【义项】A 朝拜，朝见　B 使……朝见、朝拜　C 朝代　D 朝廷　E 早晨</w:t>
      </w:r>
    </w:p>
    <w:p>
      <w:pPr>
        <w:spacing w:after="20" w:line="276" w:lineRule="auto"/>
      </w:pPr>
      <w:r>
        <w:rPr>
          <w:sz w:val="21"/>
        </w:rPr>
        <w:t xml:space="preserve">（1）相如每朝时，常称病（司马迁《廉颇蔺相如列传》）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（2）序八州而朝同列（贾谊《过秦论》）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（3）两朝开济老臣心（杜甫《蜀相》）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（4）逮奉圣朝，沐浴清化（李密《陈情表》）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（5）朝服衣冠（《邹忌讽齐王纳谏》）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11. 曾</w:t>
      </w:r>
    </w:p>
    <w:p>
      <w:pPr>
        <w:spacing w:after="40" w:line="276" w:lineRule="auto"/>
      </w:pPr>
      <w:r>
        <w:rPr>
          <w:b w:val="0"/>
          <w:sz w:val="20"/>
        </w:rPr>
        <w:t>【义项】A 曾经　B 同“增”　C 表示出乎意料，相当于“竟”“却”“简直”</w:t>
      </w:r>
    </w:p>
    <w:p>
      <w:pPr>
        <w:spacing w:after="20" w:line="276" w:lineRule="auto"/>
      </w:pPr>
      <w:r>
        <w:rPr>
          <w:sz w:val="21"/>
        </w:rPr>
        <w:t xml:space="preserve">（1）相逢何必曾相识（白居易《琵琶行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（2）所以动心忍性，曾益其所不能（《生于忧患，死于安乐》）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（3）曾不若孀妻弱子（《愚公移山》）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12. 乘</w:t>
      </w:r>
    </w:p>
    <w:p>
      <w:pPr>
        <w:spacing w:after="40" w:line="276" w:lineRule="auto"/>
      </w:pPr>
      <w:r>
        <w:rPr>
          <w:b w:val="0"/>
          <w:sz w:val="20"/>
        </w:rPr>
        <w:t>【义项】A 趁着，凭借　B 驾，坐　C 登上　D 顺应　E 一车四马</w:t>
      </w:r>
    </w:p>
    <w:p>
      <w:pPr>
        <w:spacing w:after="20" w:line="276" w:lineRule="auto"/>
      </w:pPr>
      <w:r>
        <w:rPr>
          <w:sz w:val="21"/>
        </w:rPr>
        <w:t xml:space="preserve">（1）因利乘便，宰割天下（贾谊《过秦论》）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（2）忽复乘舟梦日边（李白《行路难（其一）》）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（3）乘彼垝垣（《氓》）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（4）若夫乘天地之正（《逍遥游》）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（5）车六七百乘（司马迁《陈涉世家》）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13. 诚</w:t>
      </w:r>
    </w:p>
    <w:p>
      <w:pPr>
        <w:spacing w:after="40" w:line="276" w:lineRule="auto"/>
      </w:pPr>
      <w:r>
        <w:rPr>
          <w:b w:val="0"/>
          <w:sz w:val="20"/>
        </w:rPr>
        <w:t>【义项】A 诚心，诚意　B 实在，的确　C 果真，如果</w:t>
      </w:r>
    </w:p>
    <w:p>
      <w:pPr>
        <w:spacing w:after="20" w:line="276" w:lineRule="auto"/>
      </w:pPr>
      <w:r>
        <w:rPr>
          <w:sz w:val="21"/>
        </w:rPr>
        <w:t xml:space="preserve">（1）帝感其诚（《愚公移山》）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（2）战败而亡，诚不得已（苏洵《六国论》）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（3）今将军诚能命猛将统兵数万（司马光《赤壁之战》）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14. 除</w:t>
      </w:r>
    </w:p>
    <w:p>
      <w:pPr>
        <w:spacing w:after="40" w:line="276" w:lineRule="auto"/>
      </w:pPr>
      <w:r>
        <w:rPr>
          <w:b w:val="0"/>
          <w:sz w:val="20"/>
        </w:rPr>
        <w:t>【义项】A 殿阶　B 清除，去掉　C 拜官，任职　D 除了，除非</w:t>
      </w:r>
    </w:p>
    <w:p>
      <w:pPr>
        <w:spacing w:after="20" w:line="276" w:lineRule="auto"/>
      </w:pPr>
      <w:r>
        <w:rPr>
          <w:sz w:val="21"/>
        </w:rPr>
        <w:t xml:space="preserve">（1）扶辇下除，触柱折辕（班固《苏武传》）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（2）为汉家除残去秽（司马光《赤壁之战》）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（3）寻蒙国恩，除臣洗马（李密《陈情表》）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（4）除吾死外，当无见期（袁枚《祭妹文》）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15. 辞</w:t>
      </w:r>
    </w:p>
    <w:p>
      <w:pPr>
        <w:spacing w:after="40" w:line="276" w:lineRule="auto"/>
      </w:pPr>
      <w:r>
        <w:rPr>
          <w:b w:val="0"/>
          <w:sz w:val="20"/>
        </w:rPr>
        <w:t>【义项】A 言辞　B 告别，离开　C 推辞　D 告别，辞别　E 古代的一种文体　F 辞谢，婉言道歉</w:t>
      </w:r>
    </w:p>
    <w:p>
      <w:pPr>
        <w:spacing w:after="20" w:line="276" w:lineRule="auto"/>
      </w:pPr>
      <w:r>
        <w:rPr>
          <w:sz w:val="21"/>
        </w:rPr>
        <w:t xml:space="preserve">（1）未尝稍降辞色（宋濂《送东阳马生序》）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（2）辞楼下殿，辇来于秦（杜牧《阿房宫赋》）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（3）臣死且不避，卮酒安足辞（司马迁《鸿门宴》）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（4）我从去年辞帝京（白居易《琵琶行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（5）《归去来兮辞》（陶渊明）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（6）秦王恐其破璧，乃辞谢（司马迁《廉颇蔺相如列传》）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16. 从</w:t>
      </w:r>
    </w:p>
    <w:p>
      <w:pPr>
        <w:spacing w:after="40" w:line="276" w:lineRule="auto"/>
      </w:pPr>
      <w:r>
        <w:rPr>
          <w:b w:val="0"/>
          <w:sz w:val="20"/>
        </w:rPr>
        <w:t>【义项】A 跟随，跟从　B 依顺，听从　C 参加　E 通“纵”，合纵　F 靠着，挨着　G 介词，自，由</w:t>
      </w:r>
    </w:p>
    <w:p>
      <w:pPr>
        <w:spacing w:after="20" w:line="276" w:lineRule="auto"/>
      </w:pPr>
      <w:r>
        <w:rPr>
          <w:sz w:val="21"/>
        </w:rPr>
        <w:t xml:space="preserve">（1）臣尝从大王与燕王会境上（司马迁《廉颇蔺相如列传》）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（2）臣从其计（司马迁《廉颇蔺相如列传》）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（3）弟走从军阿姨死（白居易《琵琶行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（4）昇死，其印为予群从所得（沈括《活板》）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（5）于是从散约败，争割地而赂秦（贾谊《过秦论》）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（6）樊哙从良坐（司马迁《鸿门宴》）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（7）春宵苦短日高起，从此君王不早朝（白居易《长恨歌》）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</w:t>
      </w:r>
    </w:p>
    <w:p>
      <w:pPr>
        <w:spacing w:after="20" w:line="276" w:lineRule="auto"/>
      </w:pPr>
      <w:r>
        <w:rPr>
          <w:b/>
          <w:color w:val="B8902F"/>
          <w:sz w:val="24"/>
        </w:rPr>
        <w:t>17. 殆</w:t>
      </w:r>
    </w:p>
    <w:p>
      <w:pPr>
        <w:spacing w:after="40" w:line="276" w:lineRule="auto"/>
      </w:pPr>
      <w:r>
        <w:rPr>
          <w:b w:val="0"/>
          <w:sz w:val="20"/>
        </w:rPr>
        <w:t>【义项】A 危险　B 疑惑　C 近于，几乎　D 大概，表示推测的语气</w:t>
      </w:r>
    </w:p>
    <w:p>
      <w:pPr>
        <w:spacing w:after="20" w:line="276" w:lineRule="auto"/>
      </w:pPr>
      <w:r>
        <w:rPr>
          <w:sz w:val="21"/>
        </w:rPr>
        <w:t xml:space="preserve">（1）吾非至于子之门则殆矣（《秋水》）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（2）思而不学则殆（《〈论语〉十二章》）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（3）且燕赵处秦革灭殆尽之际（苏洵《六国论》）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（4）得不焚，殆有神护者（归有光《项脊轩志》）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18. 当</w:t>
      </w:r>
    </w:p>
    <w:p>
      <w:pPr>
        <w:spacing w:after="40" w:line="276" w:lineRule="auto"/>
      </w:pPr>
      <w:r>
        <w:rPr>
          <w:b w:val="0"/>
          <w:sz w:val="20"/>
        </w:rPr>
        <w:t>【义项】A 对着，面对　B 担当，担任　C 假使，如果　D 对等，比得上　E 遮挡，遮蔽　F 占据，把守　G 值，在，正在　H 将　I 应当，理当　J 掌握，主持</w:t>
      </w:r>
    </w:p>
    <w:p>
      <w:pPr>
        <w:spacing w:after="20" w:line="276" w:lineRule="auto"/>
      </w:pPr>
      <w:r>
        <w:rPr>
          <w:sz w:val="21"/>
        </w:rPr>
        <w:t xml:space="preserve">（1）木兰当户织（《木兰诗》）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（2）猥以微贱，当侍东宫（李密《陈情表》）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（3）当与秦相较，或未易量（苏洵《六国论》）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（4）料大王士卒足以当项王乎（司马迁《鸿门宴》）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（5）垣墙周庭，以当南日（归有光《项脊轩志》）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（6）一夫当关，万夫莫开（李白《蜀道难》）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（7）当是时也，商君佐之（贾谊《过秦论》）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（8）不久当还归，誓天不相负（《孔雀东南飞》）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（9）臣知欺大王之罪当诛（司马迁《廉颇蔺相如列传》）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（10）人君当神器之重，居域中之大（魏徵《谏太宗十思疏》）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 I J</w:t>
      </w:r>
    </w:p>
    <w:p>
      <w:pPr>
        <w:spacing w:after="20" w:line="276" w:lineRule="auto"/>
      </w:pPr>
      <w:r>
        <w:rPr>
          <w:b/>
          <w:color w:val="B8902F"/>
          <w:sz w:val="24"/>
        </w:rPr>
        <w:t>19. 道</w:t>
      </w:r>
    </w:p>
    <w:p>
      <w:pPr>
        <w:spacing w:after="40" w:line="276" w:lineRule="auto"/>
      </w:pPr>
      <w:r>
        <w:rPr>
          <w:b w:val="0"/>
          <w:sz w:val="20"/>
        </w:rPr>
        <w:t>【义项】A 道路　B 正确的方法　C 道义　D 道理，规律　E 志趣　F 说，讲　G 风尚　H 主张，学说</w:t>
      </w:r>
    </w:p>
    <w:p>
      <w:pPr>
        <w:spacing w:after="20" w:line="276" w:lineRule="auto"/>
      </w:pPr>
      <w:r>
        <w:rPr>
          <w:sz w:val="21"/>
        </w:rPr>
        <w:t xml:space="preserve">（1）会天大雨，道不通（司马迁《陈涉世家》）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（2）策之不以其道（韩愈《马说》）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（3）伐无道，诛暴秦（司马迁《陈涉世家》）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（4）师者，所以传道受业解惑也（韩愈《师说》）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（5）道不同，不相为谋（《论语》）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（6）何可胜道也哉（王安石《游褒禅山记》）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（7）师道之不复，可知矣（韩愈《师说》）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（8）于是废先王之道，焚百家之言（贾谊《过秦论》）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</w:t>
      </w:r>
    </w:p>
    <w:p>
      <w:pPr>
        <w:spacing w:after="20" w:line="276" w:lineRule="auto"/>
      </w:pPr>
      <w:r>
        <w:rPr>
          <w:b/>
          <w:color w:val="B8902F"/>
          <w:sz w:val="24"/>
        </w:rPr>
        <w:t>20. 得</w:t>
      </w:r>
    </w:p>
    <w:p>
      <w:pPr>
        <w:spacing w:after="40" w:line="276" w:lineRule="auto"/>
      </w:pPr>
      <w:r>
        <w:rPr>
          <w:b w:val="0"/>
          <w:sz w:val="20"/>
        </w:rPr>
        <w:t>【义项】A 取得，获得　B 获得（抽象）　C 通“德”，感激　D 能够，可以　E 适宜、得当　F 得意，满足　G 收获　H 应该</w:t>
      </w:r>
    </w:p>
    <w:p>
      <w:pPr>
        <w:spacing w:after="20" w:line="276" w:lineRule="auto"/>
      </w:pPr>
      <w:r>
        <w:rPr>
          <w:sz w:val="21"/>
        </w:rPr>
        <w:t xml:space="preserve">（1）小则获邑，大则得城（苏洵《六国论》）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（2）积善成德，而神明自得，圣心备焉（《劝学》）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（3）所识穷乏者得我与（《鱼我所欲也》）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（4）未得与项羽相见（司马迁《鸿门宴》）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（5）此言得之（苏洵《六国论》）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（6）意气扬扬，甚自得也（司马迁《管晏列传》）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（7）此余之所得也（王安石《游褒禅山记》）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（8）吾得兄事之（司马迁《鸿门宴》）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</w:t>
      </w:r>
    </w:p>
    <w:p>
      <w:pPr>
        <w:spacing w:after="20" w:line="276" w:lineRule="auto"/>
      </w:pPr>
      <w:r>
        <w:rPr>
          <w:b/>
          <w:color w:val="B8902F"/>
          <w:sz w:val="24"/>
        </w:rPr>
        <w:t>21. 度</w:t>
      </w:r>
    </w:p>
    <w:p>
      <w:pPr>
        <w:spacing w:after="40" w:line="276" w:lineRule="auto"/>
      </w:pPr>
      <w:r>
        <w:rPr>
          <w:b w:val="0"/>
          <w:sz w:val="20"/>
        </w:rPr>
        <w:t>【义项】A 通“渡”，渡过，越过　B 制度，法度　C 过　D 创作　E 常态　F 推测，估计　G 衡量</w:t>
      </w:r>
    </w:p>
    <w:p>
      <w:pPr>
        <w:spacing w:after="20" w:line="276" w:lineRule="auto"/>
      </w:pPr>
      <w:r>
        <w:rPr>
          <w:sz w:val="21"/>
        </w:rPr>
        <w:t xml:space="preserve">（1）一夜飞度镜湖月（李白《梦游天姥吟留别》）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（2）衡下车，治威严，整法度（范晔《张衡传》）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（3）秋月春风等闲度（白居易《琵琶行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（4）予怀怆然，感慨今昔，因自度此曲（姜夔《扬州慢》）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（5）卒起不意，尽失其度（《荆轲刺秦王》）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（6）度我至军中，公乃入（司马迁《鸿门宴》）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（7）试使山东之国与陈涉度长絜大（贾谊《过秦论》）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</w:t>
      </w:r>
    </w:p>
    <w:p>
      <w:pPr>
        <w:spacing w:after="20" w:line="276" w:lineRule="auto"/>
      </w:pPr>
      <w:r>
        <w:rPr>
          <w:b/>
          <w:color w:val="B8902F"/>
          <w:sz w:val="24"/>
        </w:rPr>
        <w:t>22. 非</w:t>
      </w:r>
    </w:p>
    <w:p>
      <w:pPr>
        <w:spacing w:after="40" w:line="276" w:lineRule="auto"/>
      </w:pPr>
      <w:r>
        <w:rPr>
          <w:b w:val="0"/>
          <w:sz w:val="20"/>
        </w:rPr>
        <w:t>【义项】A 不，没有　B 不是　C 不对的，错误的　D 责难，认为不对</w:t>
      </w:r>
    </w:p>
    <w:p>
      <w:pPr>
        <w:spacing w:after="20" w:line="276" w:lineRule="auto"/>
      </w:pPr>
      <w:r>
        <w:rPr>
          <w:sz w:val="21"/>
        </w:rPr>
        <w:t xml:space="preserve">（1）登高而招，臂非加长也（《劝学》）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（2）人非生而知之者，孰能无惑（韩愈《师说》）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（3）觉今是而昨非（陶渊明《归去来兮辞》）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（4）举世非之而不加沮（《逍遥游》）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23. 复</w:t>
      </w:r>
    </w:p>
    <w:p>
      <w:pPr>
        <w:spacing w:after="40" w:line="276" w:lineRule="auto"/>
      </w:pPr>
      <w:r>
        <w:rPr>
          <w:b w:val="0"/>
          <w:sz w:val="20"/>
        </w:rPr>
        <w:t>【义项】A 恢复　B 双层　C 重复，重叠　D 又，再　E 答复　F 继续</w:t>
      </w:r>
    </w:p>
    <w:p>
      <w:pPr>
        <w:spacing w:after="20" w:line="276" w:lineRule="auto"/>
      </w:pPr>
      <w:r>
        <w:rPr>
          <w:sz w:val="21"/>
        </w:rPr>
        <w:t xml:space="preserve">（1）师道之不复，可知矣（韩愈《师说》）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（2）复道行空，不霁何虹（杜牧《阿房宫赋》）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（3）山重水复疑无路（陆游《游山西村》）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（4）勿复重纷纭（《孔雀东南飞》）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（5）阿母为汝求，便复在旦夕（《孔雀东南飞》）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（6）复前行，欲穷其林（陶渊明《桃花源记》）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24. 负</w:t>
      </w:r>
    </w:p>
    <w:p>
      <w:pPr>
        <w:spacing w:after="40" w:line="276" w:lineRule="auto"/>
      </w:pPr>
      <w:r>
        <w:rPr>
          <w:b w:val="0"/>
          <w:sz w:val="20"/>
        </w:rPr>
        <w:t>【义项】A 背东西，以背载物　B 担负，使……承担　C 依仗，凭借　D 对不起，辜负　E 违背，背弃　F 失败</w:t>
      </w:r>
    </w:p>
    <w:p>
      <w:pPr>
        <w:spacing w:after="20" w:line="276" w:lineRule="auto"/>
      </w:pPr>
      <w:r>
        <w:rPr>
          <w:sz w:val="21"/>
        </w:rPr>
        <w:t xml:space="preserve">（1）颁白者不负戴于道路矣（《寡人之于国也》）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（2）均之二策，宁许以负秦曲（司马迁《廉颇蔺相如列传》）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（3）秦贪，负其强（司马迁《廉颇蔺相如列传》）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（4）臣诚恐见欺于王而负赵（司马迁《廉颇蔺相如列传》）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（5）相如度秦王虽斋，决负约不偿城（司马迁《廉颇蔺相如列传》）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（6）则胜负之数，存亡之理（苏洵《六国论》）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25. 盖</w:t>
      </w:r>
    </w:p>
    <w:p>
      <w:pPr>
        <w:spacing w:after="40" w:line="276" w:lineRule="auto"/>
      </w:pPr>
      <w:r>
        <w:rPr>
          <w:b w:val="0"/>
          <w:sz w:val="20"/>
        </w:rPr>
        <w:t>【义项】A 遮盖，掩盖，覆盖　B 器物上的盖子　C 压倒，胜过　D 通“盍”，何，怎样　E 古称“伞”　F 副词，大概，一般</w:t>
      </w:r>
    </w:p>
    <w:p>
      <w:pPr>
        <w:spacing w:after="20" w:line="276" w:lineRule="auto"/>
      </w:pPr>
      <w:r>
        <w:rPr>
          <w:sz w:val="21"/>
        </w:rPr>
        <w:t xml:space="preserve">（1）枝枝相覆盖，叶叶相交通（《孔雀东南飞》）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（2）员径八尺，合盖隆起（范晔《张衡传》）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（3）力拔山兮气盖世（司马迁《项羽之死》）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（4）技盖至此乎（《庖丁解牛》）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（5）今已亭亭如盖矣（归有光《项脊轩志》）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（6）今言“华”如“华实”之“华”者，盖音谬也（王安石《游褒禅山记》）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26. 故</w:t>
      </w:r>
    </w:p>
    <w:p>
      <w:pPr>
        <w:spacing w:after="40" w:line="276" w:lineRule="auto"/>
      </w:pPr>
      <w:r>
        <w:rPr>
          <w:b w:val="0"/>
          <w:sz w:val="20"/>
        </w:rPr>
        <w:t>【义项】A 死亡　B 旧，与“新”相对　C 衰老　D 交情　E 原因，缘故　F 故意，特意　G 过去，从前　H 仍旧，仍然</w:t>
      </w:r>
    </w:p>
    <w:p>
      <w:pPr>
        <w:spacing w:after="20" w:line="276" w:lineRule="auto"/>
      </w:pPr>
      <w:r>
        <w:rPr>
          <w:sz w:val="21"/>
        </w:rPr>
        <w:t xml:space="preserve">（1）前以降及物故（班固《苏武传》）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（2）温故而知新（《〈论语〉十二章》）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（3）暮去朝来颜色故（白居易《琵琶行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（4）君安与项伯有故（司马迁《鸿门宴》）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（5）以一璧之故逆强秦之欢（司马迁《廉颇蔺相如列传》）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（6）故遣将守关者（司马迁《鸿门宴》）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（7）轩东故尝为厨（归有光《项脊轩志》）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（8）三日断五匹，大人故嫌迟（《孔雀东南飞》）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</w:t>
      </w:r>
    </w:p>
    <w:p>
      <w:pPr>
        <w:spacing w:after="20" w:line="276" w:lineRule="auto"/>
      </w:pPr>
      <w:r>
        <w:rPr>
          <w:b/>
          <w:color w:val="B8902F"/>
          <w:sz w:val="24"/>
        </w:rPr>
        <w:t>27. 固</w:t>
      </w:r>
    </w:p>
    <w:p>
      <w:pPr>
        <w:spacing w:after="40" w:line="276" w:lineRule="auto"/>
      </w:pPr>
      <w:r>
        <w:rPr>
          <w:b w:val="0"/>
          <w:sz w:val="20"/>
        </w:rPr>
        <w:t>【义项】A 巩固，安定　B 险要的地势　C 坚持，坚决　D 顽固，固执　E 本来，确实</w:t>
      </w:r>
    </w:p>
    <w:p>
      <w:pPr>
        <w:spacing w:after="20" w:line="276" w:lineRule="auto"/>
      </w:pPr>
      <w:r>
        <w:rPr>
          <w:sz w:val="21"/>
        </w:rPr>
        <w:t xml:space="preserve">（1）固国不以山溪之险（《孟子》）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（2）秦孝公据崤函之固（贾谊《过秦论》）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（3）固请，召有司案图（司马迁《廉颇蔺相如列传》）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（4）独夫之心，日益骄固（杜牧《阿房宫赋》）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（5）生乎吾前，其闻道也固先乎吾（韩愈《师说》）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28. 顾</w:t>
      </w:r>
    </w:p>
    <w:p>
      <w:pPr>
        <w:spacing w:after="40" w:line="276" w:lineRule="auto"/>
      </w:pPr>
      <w:r>
        <w:rPr>
          <w:b w:val="0"/>
          <w:sz w:val="20"/>
        </w:rPr>
        <w:t>【义项】A 回头看，回头　B 看　C 拜访　D 顾惜，顾念　E 考虑　F 只是，不过</w:t>
      </w:r>
    </w:p>
    <w:p>
      <w:pPr>
        <w:spacing w:after="20" w:line="276" w:lineRule="auto"/>
      </w:pPr>
      <w:r>
        <w:rPr>
          <w:sz w:val="21"/>
        </w:rPr>
        <w:t xml:space="preserve">（1）赢得仓皇北顾（辛弃疾《永遇乐·京口北固亭怀古》）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（2）瞻顾遗迹，如在昨日（归有光《项脊轩志》）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（3）三顾臣于草庐之中（诸葛亮《出师表》）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（4）子布、元表诸人各顾妻子（司马光《赤壁之战》）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（5）大行不顾细谨（司马迁《鸿门宴》）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（6）顾吾念之（司马迁《廉颇蔺相如列传》）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29. 归</w:t>
      </w:r>
    </w:p>
    <w:p>
      <w:pPr>
        <w:spacing w:after="40" w:line="276" w:lineRule="auto"/>
      </w:pPr>
      <w:r>
        <w:rPr>
          <w:b w:val="0"/>
          <w:sz w:val="20"/>
        </w:rPr>
        <w:t>【义项】A 女子出嫁　B 返回，回来　C 归还　D 送回　E 归附，归向</w:t>
      </w:r>
    </w:p>
    <w:p>
      <w:pPr>
        <w:spacing w:after="20" w:line="276" w:lineRule="auto"/>
      </w:pPr>
      <w:r>
        <w:rPr>
          <w:sz w:val="21"/>
        </w:rPr>
        <w:t xml:space="preserve">（1）后五年，吾妻来归（归有光《项脊轩志》）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（2）归来见天子，天子坐明堂（《木兰诗》）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（3）臣请完璧归赵（司马迁《廉颇蔺相如列传》）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（4）而束君归赵矣（司马迁《廉颇蔺相如列传》）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（5）江表英豪咸归附之（司马光《赤壁之战》）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30. 国</w:t>
      </w:r>
    </w:p>
    <w:p>
      <w:pPr>
        <w:spacing w:after="40" w:line="276" w:lineRule="auto"/>
      </w:pPr>
      <w:r>
        <w:rPr>
          <w:b w:val="0"/>
          <w:sz w:val="20"/>
        </w:rPr>
        <w:t>【义项】A 国家　B 国都　C 国事</w:t>
      </w:r>
    </w:p>
    <w:p>
      <w:pPr>
        <w:spacing w:after="20" w:line="276" w:lineRule="auto"/>
      </w:pPr>
      <w:r>
        <w:rPr>
          <w:sz w:val="21"/>
        </w:rPr>
        <w:t xml:space="preserve">（1）忧劳可以兴国，逸豫可以亡身（欧阳修《伶官传序》）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（2）去国怀乡（范仲淹《岳阳楼记》）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（3）等死，死国可乎（司马迁《陈涉世家》）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31. 过</w:t>
      </w:r>
    </w:p>
    <w:p>
      <w:pPr>
        <w:spacing w:after="40" w:line="276" w:lineRule="auto"/>
      </w:pPr>
      <w:r>
        <w:rPr>
          <w:b w:val="0"/>
          <w:sz w:val="20"/>
        </w:rPr>
        <w:t>【义项】A 经过，通过　B 超过　C 时间过去　D 错误，过失　E 责备　F 探望　G 过分，过于　H 探访，拜访</w:t>
      </w:r>
    </w:p>
    <w:p>
      <w:pPr>
        <w:spacing w:after="20" w:line="276" w:lineRule="auto"/>
      </w:pPr>
      <w:r>
        <w:rPr>
          <w:sz w:val="21"/>
        </w:rPr>
        <w:t xml:space="preserve">（1）雷霆乍惊，宫车过也（杜牧《阿房宫赋》）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（2）不过三十日（司马迁《廉颇蔺相如列传》）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（3）日过午已昏（归有光《项脊轩志》）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（4）则知明而行无过矣（《劝学》）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（5）闻大王有意督过之（司马迁《鸿门宴》）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（6）一日，大母过余曰（归有光《项脊轩志》）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（7）至微至陋，过蒙拔擢（李密《陈情表》）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（8）《过故人庄》（孟浩然）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</w:t>
      </w:r>
    </w:p>
    <w:p>
      <w:pPr>
        <w:spacing w:after="20" w:line="276" w:lineRule="auto"/>
      </w:pPr>
      <w:r>
        <w:rPr>
          <w:b/>
          <w:color w:val="B8902F"/>
          <w:sz w:val="24"/>
        </w:rPr>
        <w:t>32. 何</w:t>
      </w:r>
    </w:p>
    <w:p>
      <w:pPr>
        <w:spacing w:after="40" w:line="276" w:lineRule="auto"/>
      </w:pPr>
      <w:r>
        <w:rPr>
          <w:b w:val="0"/>
          <w:sz w:val="20"/>
        </w:rPr>
        <w:t>【义项】A 哪里　B 什么　C 多么　D 怎么样</w:t>
      </w:r>
    </w:p>
    <w:p>
      <w:pPr>
        <w:spacing w:after="20" w:line="276" w:lineRule="auto"/>
      </w:pPr>
      <w:r>
        <w:rPr>
          <w:sz w:val="21"/>
        </w:rPr>
        <w:t xml:space="preserve">（1）（刘）豫州今欲何至（司马光《赤壁之战》）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（2）何时眼前突兀见此屋（杜甫《茅屋为秋风所破歌》）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（3）青泥何盘盘（李白《蜀道难》）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（4）如太行、王屋何（《愚公移山》）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33. 恨</w:t>
      </w:r>
    </w:p>
    <w:p>
      <w:pPr>
        <w:spacing w:after="40" w:line="276" w:lineRule="auto"/>
      </w:pPr>
      <w:r>
        <w:rPr>
          <w:b w:val="0"/>
          <w:sz w:val="20"/>
        </w:rPr>
        <w:t>【义项】A 遗憾，后悔　B 仇恨，怨恨</w:t>
      </w:r>
    </w:p>
    <w:p>
      <w:pPr>
        <w:spacing w:after="20" w:line="276" w:lineRule="auto"/>
      </w:pPr>
      <w:r>
        <w:rPr>
          <w:sz w:val="21"/>
        </w:rPr>
        <w:t xml:space="preserve">（1）未尝不叹息痛恨于桓、灵也（诸葛亮《出师表》）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（2）商女不知亡国恨，隔江犹唱后庭花（杜牧《泊秦淮》）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</w:t>
      </w:r>
    </w:p>
    <w:p>
      <w:pPr>
        <w:spacing w:after="20" w:line="276" w:lineRule="auto"/>
      </w:pPr>
      <w:r>
        <w:rPr>
          <w:b/>
          <w:color w:val="B8902F"/>
          <w:sz w:val="24"/>
        </w:rPr>
        <w:t>34. 胡</w:t>
      </w:r>
    </w:p>
    <w:p>
      <w:pPr>
        <w:spacing w:after="40" w:line="276" w:lineRule="auto"/>
      </w:pPr>
      <w:r>
        <w:rPr>
          <w:b w:val="0"/>
          <w:sz w:val="20"/>
        </w:rPr>
        <w:t>【义项】A 什么，怎么　B 我国古代西北部民族的统称</w:t>
      </w:r>
    </w:p>
    <w:p>
      <w:pPr>
        <w:spacing w:after="20" w:line="276" w:lineRule="auto"/>
      </w:pPr>
      <w:r>
        <w:rPr>
          <w:sz w:val="21"/>
        </w:rPr>
        <w:t xml:space="preserve">（1）胡为乎遑遑欲何之（陶渊明《归去来兮辞》）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（2）胡人不敢南下而牧马（贾谊《过秦论》）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</w:t>
      </w:r>
    </w:p>
    <w:p>
      <w:pPr>
        <w:spacing w:after="20" w:line="276" w:lineRule="auto"/>
      </w:pPr>
      <w:r>
        <w:rPr>
          <w:b/>
          <w:color w:val="B8902F"/>
          <w:sz w:val="24"/>
        </w:rPr>
        <w:t>35. 患</w:t>
      </w:r>
    </w:p>
    <w:p>
      <w:pPr>
        <w:spacing w:after="40" w:line="276" w:lineRule="auto"/>
      </w:pPr>
      <w:r>
        <w:rPr>
          <w:b w:val="0"/>
          <w:sz w:val="20"/>
        </w:rPr>
        <w:t>【义项】A 忧虑，担心　B 祸患　C 忌讳，顾忌　D 毛病，弊端</w:t>
      </w:r>
    </w:p>
    <w:p>
      <w:pPr>
        <w:spacing w:after="20" w:line="276" w:lineRule="auto"/>
      </w:pPr>
      <w:r>
        <w:rPr>
          <w:sz w:val="21"/>
        </w:rPr>
        <w:t xml:space="preserve">（1）欲勿予，即患秦兵之来（司马迁《廉颇蔺相如列传》）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（2）为操后患（司马光《赤壁之战》）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（3）此数者用兵之患也（司马光《赤壁之战》）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（4）十里立一水门，令更相洄注，无复溃漏之患（范晔《后汉书·王景传》）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36. 或</w:t>
      </w:r>
    </w:p>
    <w:p>
      <w:pPr>
        <w:spacing w:after="40" w:line="276" w:lineRule="auto"/>
      </w:pPr>
      <w:r>
        <w:rPr>
          <w:b w:val="0"/>
          <w:sz w:val="20"/>
        </w:rPr>
        <w:t>【义项】A 有的　B 或许　C 倘若　D 通“惑”，迷惑　E 有时</w:t>
      </w:r>
    </w:p>
    <w:p>
      <w:pPr>
        <w:spacing w:after="20" w:line="276" w:lineRule="auto"/>
      </w:pPr>
      <w:r>
        <w:rPr>
          <w:sz w:val="21"/>
        </w:rPr>
        <w:t xml:space="preserve">（1）左右或欲引相如去（司马迁《廉颇蔺相如列传》）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（2）当与秦相较，或未易量（苏洵《六国论》）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（3）所守或匪亲，化为狼与豺（李白《蜀道难》）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（4）军亡导，或失道（司马迁《李将军列传》）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（5）或命巾车，或棹孤舟（陶渊明《归去来兮辞》）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37. 疾</w:t>
      </w:r>
    </w:p>
    <w:p>
      <w:pPr>
        <w:spacing w:after="40" w:line="276" w:lineRule="auto"/>
      </w:pPr>
      <w:r>
        <w:rPr>
          <w:b w:val="0"/>
          <w:sz w:val="20"/>
        </w:rPr>
        <w:t>【义项】A 疾病　B 痛心　C 强，这里指声音宏大　D 快　E 痛苦　F 痛恨，厌恶　G 通 “嫉”，嫉妒，妒忌</w:t>
      </w:r>
    </w:p>
    <w:p>
      <w:pPr>
        <w:spacing w:after="20" w:line="276" w:lineRule="auto"/>
      </w:pPr>
      <w:r>
        <w:rPr>
          <w:sz w:val="21"/>
        </w:rPr>
        <w:t xml:space="preserve">（1）臣少多疾病（李密《陈情表》）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（2）屈平疾王听之不聪也（司马迁《屈原列传》）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（3）顺风而呼，声非加疾也，而闻者彰（《劝学》）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（4）老臣病足，曾不能疾走（刘向《触龙说赵太后》）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（5）豹往到邺，会长老，问之民所疾苦（褚少孙《西门豹治邺》）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（6）尝问天下所疾恶者（范晔《张衡传》）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（7）庞涓恐其贤于己，疾之（司马迁《孙子吴起列传》）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</w:t>
      </w:r>
    </w:p>
    <w:p>
      <w:pPr>
        <w:spacing w:after="20" w:line="276" w:lineRule="auto"/>
      </w:pPr>
      <w:r>
        <w:rPr>
          <w:b/>
          <w:color w:val="B8902F"/>
          <w:sz w:val="24"/>
        </w:rPr>
        <w:t>38. 及</w:t>
      </w:r>
    </w:p>
    <w:p>
      <w:pPr>
        <w:spacing w:after="40" w:line="276" w:lineRule="auto"/>
      </w:pPr>
      <w:r>
        <w:rPr>
          <w:b w:val="0"/>
          <w:sz w:val="20"/>
        </w:rPr>
        <w:t>【义项】A 到　B 等到　C 比得上　D 连词，和　E 趁，趁着</w:t>
      </w:r>
    </w:p>
    <w:p>
      <w:pPr>
        <w:spacing w:after="20" w:line="276" w:lineRule="auto"/>
      </w:pPr>
      <w:r>
        <w:rPr>
          <w:sz w:val="21"/>
        </w:rPr>
        <w:t xml:space="preserve">（1）微夫人之力不及此（《烛之武退秦师》）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（2）及其所之既倦（王羲之《兰亭集序》）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（3）其贤不及孔子（韩愈《师说》）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（4）传以示美人及左右（司马迁《廉颇蔺相如列传》）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（5）愿及未填沟壑而托之（刘向《触龙说赵太后》）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39. 即</w:t>
      </w:r>
    </w:p>
    <w:p>
      <w:pPr>
        <w:spacing w:after="40" w:line="276" w:lineRule="auto"/>
      </w:pPr>
      <w:r>
        <w:rPr>
          <w:b w:val="0"/>
          <w:sz w:val="20"/>
        </w:rPr>
        <w:t>【义项】A 则，就　B 立即，马上　C 当　D 登上　E 走近，靠近　F 就是，便是</w:t>
      </w:r>
    </w:p>
    <w:p>
      <w:pPr>
        <w:spacing w:after="20" w:line="276" w:lineRule="auto"/>
      </w:pPr>
      <w:r>
        <w:rPr>
          <w:sz w:val="21"/>
        </w:rPr>
        <w:t xml:space="preserve">（1）欲勿予，即患秦兵之来（司马迁《廉颇蔺相如列传》）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（2）项伯即入见沛公（司马迁《鸿门宴》）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（3）项王即日因留沛公与饮（司马迁《鸿门宴》）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（4）昭帝即位，数年，匈奴与汉和亲（班固《苏武传》）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（5）匪来贸丝，来即我谋（《氓》）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（6）即今之傫然在墓者也（张溥《五人墓碑记》）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40. 既</w:t>
      </w:r>
    </w:p>
    <w:p>
      <w:pPr>
        <w:spacing w:after="40" w:line="276" w:lineRule="auto"/>
      </w:pPr>
      <w:r>
        <w:rPr>
          <w:b w:val="0"/>
          <w:sz w:val="20"/>
        </w:rPr>
        <w:t>【义项】A 既然是　B 过了　C 已经　D 不久，一会儿　E 既然</w:t>
      </w:r>
    </w:p>
    <w:p>
      <w:pPr>
        <w:spacing w:after="20" w:line="276" w:lineRule="auto"/>
      </w:pPr>
      <w:r>
        <w:rPr>
          <w:sz w:val="21"/>
        </w:rPr>
        <w:t xml:space="preserve">（1）将军既帝室之胄（陈寿《隆中对》）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（2）壬戌之秋，七月既望（苏轼《赤壁赋》）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（3）不知东方之既白（苏轼《赤壁赋》）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（4）既而得其尸于井（蒲松龄《促织》）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（5）既来之，则安之（《季氏将伐颛臾》）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41. 假</w:t>
      </w:r>
    </w:p>
    <w:p>
      <w:pPr>
        <w:spacing w:after="40" w:line="276" w:lineRule="auto"/>
      </w:pPr>
      <w:r>
        <w:rPr>
          <w:b w:val="0"/>
          <w:sz w:val="20"/>
        </w:rPr>
        <w:t>【义项】A 假期　B 凭借，借助　C 假设，假使　D 假的，假装</w:t>
      </w:r>
    </w:p>
    <w:p>
      <w:pPr>
        <w:spacing w:after="20" w:line="276" w:lineRule="auto"/>
      </w:pPr>
      <w:r>
        <w:rPr>
          <w:sz w:val="21"/>
        </w:rPr>
        <w:t xml:space="preserve">（1）府吏闻此变，因求假暂归（《孔雀东南飞》）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（2）君子生非异也，善假于物也（《劝学》）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（3）假令仆伏法受诛（司马迁《报任安书》）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（4）乃悟前狼假寐，盖以诱敌（蒲松龄《狼》）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42. 间</w:t>
      </w:r>
    </w:p>
    <w:p>
      <w:pPr>
        <w:spacing w:after="40" w:line="276" w:lineRule="auto"/>
      </w:pPr>
      <w:r>
        <w:rPr>
          <w:b w:val="0"/>
          <w:sz w:val="20"/>
        </w:rPr>
        <w:t>【义项】A 中间，期间　B 离间　C 参与　D 一会儿　E 间或，断断续续地　F 从小路　G 隔离　H 间隙，缝隙</w:t>
      </w:r>
    </w:p>
    <w:p>
      <w:pPr>
        <w:spacing w:after="20" w:line="276" w:lineRule="auto"/>
      </w:pPr>
      <w:r>
        <w:rPr>
          <w:sz w:val="21"/>
        </w:rPr>
        <w:t xml:space="preserve">（1）奉命于危难之间（诸葛亮《出师表》）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（2）谗人间之，可谓穷矣（司马迁《屈原列传》）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（3）肉食者谋之，又何间焉（《曹刿论战》）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（4）扁鹊见蔡桓公，立有间（《扁鹊见蔡桓公》）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（5）数月之后，时时而间进（《邹忌讽齐王纳谏》）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（6）从郦山下，道芷阳间行（司马迁《鸿门宴》）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（7）遂与外人间隔（陶渊明《桃花源记》）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（8）彼节者有间，而刀刃者无厚（《庖丁解牛》）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</w:t>
      </w:r>
    </w:p>
    <w:p>
      <w:pPr>
        <w:spacing w:after="20" w:line="276" w:lineRule="auto"/>
      </w:pPr>
      <w:r>
        <w:rPr>
          <w:b/>
          <w:color w:val="B8902F"/>
          <w:sz w:val="24"/>
        </w:rPr>
        <w:t>43. 见</w:t>
      </w:r>
    </w:p>
    <w:p>
      <w:pPr>
        <w:spacing w:after="40" w:line="276" w:lineRule="auto"/>
      </w:pPr>
      <w:r>
        <w:rPr>
          <w:b w:val="0"/>
          <w:sz w:val="20"/>
        </w:rPr>
        <w:t>【义项】A 看见　B 拜见，会见　C 召见，接见　D 用在动词前面，表示对自己怎么样　E 表示被动，相当于“被”　F 看见的东西　G 通“现”，出现　H 见面　I 知道</w:t>
      </w:r>
    </w:p>
    <w:p>
      <w:pPr>
        <w:spacing w:after="20" w:line="276" w:lineRule="auto"/>
      </w:pPr>
      <w:r>
        <w:rPr>
          <w:sz w:val="21"/>
        </w:rPr>
        <w:t xml:space="preserve">（1）始臣之解牛之时，所见无非牛者（《庖丁解牛》）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（2）项伯即入见沛公（司马迁《鸿门宴》）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（3）秦王坐章台见相如（司马迁《廉颇蔺相如列传》）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（4）君既若见录（《孔雀东南飞》）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（5）臣诚恐见欺于王而负赵（司马迁《廉颇蔺相如列传》）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（6）其进愈难，而其见愈奇（王安石《游褒禅山记》）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（7）何时眼前突兀见此屋（杜甫《茅屋为秋风所破歌》）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（8）移船相近邀相见（白居易《琵琶行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（9）卒以此见怀王之终不悟也（司马迁《屈原列传》）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 I</w:t>
      </w:r>
    </w:p>
    <w:p>
      <w:pPr>
        <w:spacing w:after="20" w:line="276" w:lineRule="auto"/>
      </w:pPr>
      <w:r>
        <w:rPr>
          <w:b/>
          <w:color w:val="B8902F"/>
          <w:sz w:val="24"/>
        </w:rPr>
        <w:t>44. 解</w:t>
      </w:r>
    </w:p>
    <w:p>
      <w:pPr>
        <w:spacing w:after="40" w:line="276" w:lineRule="auto"/>
      </w:pPr>
      <w:r>
        <w:rPr>
          <w:b w:val="0"/>
          <w:sz w:val="20"/>
        </w:rPr>
        <w:t>【义项】A 解剖　B 解释，解答　C 理解，懂得　D 解除，免除</w:t>
      </w:r>
    </w:p>
    <w:p>
      <w:pPr>
        <w:spacing w:after="20" w:line="276" w:lineRule="auto"/>
      </w:pPr>
      <w:r>
        <w:rPr>
          <w:sz w:val="21"/>
        </w:rPr>
        <w:t xml:space="preserve">（1）庖丁为文惠君解牛（《庖丁解牛》）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（2）师者，所以传道受业解惑也（韩愈《师说》）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（3）其为惑也，终不解矣（韩愈《师说》）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（4）今有一言，可以解燕国之患（《荆轲刺秦王》）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45. 就</w:t>
      </w:r>
    </w:p>
    <w:p>
      <w:pPr>
        <w:spacing w:after="40" w:line="276" w:lineRule="auto"/>
      </w:pPr>
      <w:r>
        <w:rPr>
          <w:b w:val="0"/>
          <w:sz w:val="20"/>
        </w:rPr>
        <w:t>【义项】A 接近，靠近　B 赴任，就职　C 接近，这里是“受、接受”的意思　D 前往，赴， 到　E 归于，趋向　F 踏上，登上　G 成功</w:t>
      </w:r>
    </w:p>
    <w:p>
      <w:pPr>
        <w:spacing w:after="20" w:line="276" w:lineRule="auto"/>
      </w:pPr>
      <w:r>
        <w:rPr>
          <w:sz w:val="21"/>
        </w:rPr>
        <w:t xml:space="preserve">（1）金就砺则利（《劝学》）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（2）连辟公府不就（范晔《张衡传》）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（3）臣请就汤镬（司马迁《廉颇蔺相如列传》）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（4）去故乡而就远兮，遵江夏以流亡（《楚辞·九章》）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（5）人性之善也，犹水之就下也（《孟子·告子上》）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（6）于是荆轲遂就车而去，终已不顾（《荆轲刺秦王》）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（7）一蹴而就（成语）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</w:t>
      </w:r>
    </w:p>
    <w:p>
      <w:pPr>
        <w:spacing w:after="20" w:line="276" w:lineRule="auto"/>
      </w:pPr>
      <w:r>
        <w:rPr>
          <w:b/>
          <w:color w:val="B8902F"/>
          <w:sz w:val="24"/>
        </w:rPr>
        <w:t>46. 举</w:t>
      </w:r>
    </w:p>
    <w:p>
      <w:pPr>
        <w:spacing w:after="40" w:line="276" w:lineRule="auto"/>
      </w:pPr>
      <w:r>
        <w:rPr>
          <w:b w:val="0"/>
          <w:sz w:val="20"/>
        </w:rPr>
        <w:t>【义项】A 攻取，占领　B 举出，提出　C 发动，举行　D 推荐，推举　E 拿　F 尽　G 行为， 行动　H 成功　I 举起，抬起</w:t>
      </w:r>
    </w:p>
    <w:p>
      <w:pPr>
        <w:spacing w:after="20" w:line="276" w:lineRule="auto"/>
      </w:pPr>
      <w:r>
        <w:rPr>
          <w:sz w:val="21"/>
        </w:rPr>
        <w:t xml:space="preserve">（1）戍卒叫，函谷举（杜牧《阿房宫赋》）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（2）举类迩而见义远（司马迁《屈原列传》）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（3）今亡亦死，举大计亦死（司马迁《陈涉世家》）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（4）永元中，举孝廉不行（范晔《张衡传》）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（5）吾不能举全吴之地（司马光《赤壁之战》）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（6）杀人如不能举（司马迁《鸿门宴》）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（7）此妇无礼节，举动自专由（《孔雀东南飞》）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（8）莫令事不举（《孔雀东南飞》）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（9）范增数目项王，举所佩玉玦以示之者三（司马迁《鸿门宴》）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 I</w:t>
      </w:r>
    </w:p>
    <w:p>
      <w:pPr>
        <w:spacing w:after="20" w:line="276" w:lineRule="auto"/>
      </w:pPr>
      <w:r>
        <w:rPr>
          <w:b/>
          <w:color w:val="B8902F"/>
          <w:sz w:val="24"/>
        </w:rPr>
        <w:t>47. 绝</w:t>
      </w:r>
    </w:p>
    <w:p>
      <w:pPr>
        <w:spacing w:after="40" w:line="276" w:lineRule="auto"/>
      </w:pPr>
      <w:r>
        <w:rPr>
          <w:b w:val="0"/>
          <w:sz w:val="20"/>
        </w:rPr>
        <w:t>【义项】A 隔绝的　B 停止，断绝　C 直上穿过　D 横渡　E 停止（声音）　F 停止，气绝　G 超过　H 极，非常</w:t>
      </w:r>
    </w:p>
    <w:p>
      <w:pPr>
        <w:spacing w:after="20" w:line="276" w:lineRule="auto"/>
      </w:pPr>
      <w:r>
        <w:rPr>
          <w:sz w:val="21"/>
        </w:rPr>
        <w:t xml:space="preserve">（1）率妻子邑人来此绝境（陶渊明《桃花源记》）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（2）而绝秦赵之欢（司马迁《廉颇蔺相如列传》）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（3）绝云气，负青天，然后图南（《逍遥游》）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（4）非能水也，而绝江河（《劝学》）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（5）冰泉冷涩弦凝绝（白居易《琵琶行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（6）我命绝今日（《孔雀东南飞》）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（7）博见强志，过绝于人（班固《汉书》）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（8）秦女绝美（司马迁《史记》）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</w:t>
      </w:r>
    </w:p>
    <w:p>
      <w:pPr>
        <w:spacing w:after="20" w:line="276" w:lineRule="auto"/>
      </w:pPr>
      <w:r>
        <w:rPr>
          <w:b/>
          <w:color w:val="B8902F"/>
          <w:sz w:val="24"/>
        </w:rPr>
        <w:t>48. 堪</w:t>
      </w:r>
    </w:p>
    <w:p>
      <w:pPr>
        <w:spacing w:after="40" w:line="276" w:lineRule="auto"/>
      </w:pPr>
      <w:r>
        <w:rPr>
          <w:b w:val="0"/>
          <w:sz w:val="20"/>
        </w:rPr>
        <w:t>【义项】A 经得起，忍受　B 能够，可以　C 胜任</w:t>
      </w:r>
    </w:p>
    <w:p>
      <w:pPr>
        <w:spacing w:after="20" w:line="276" w:lineRule="auto"/>
      </w:pPr>
      <w:r>
        <w:rPr>
          <w:sz w:val="21"/>
        </w:rPr>
        <w:t xml:space="preserve">（1）更那堪，冷落清秋节（柳永《雨霖铃》）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（2）出师一表真名世，千载谁堪伯仲间（陆游《书愤》）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（3）不堪吏人妇，岂合令郎君（《孔雀东南飞》）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49. 克</w:t>
      </w:r>
    </w:p>
    <w:p>
      <w:pPr>
        <w:spacing w:after="40" w:line="276" w:lineRule="auto"/>
      </w:pPr>
      <w:r>
        <w:rPr>
          <w:b w:val="0"/>
          <w:sz w:val="20"/>
        </w:rPr>
        <w:t>【义项】A 能够　B 战胜　C 克制，约束</w:t>
      </w:r>
    </w:p>
    <w:p>
      <w:pPr>
        <w:spacing w:after="20" w:line="276" w:lineRule="auto"/>
      </w:pPr>
      <w:r>
        <w:rPr>
          <w:sz w:val="21"/>
        </w:rPr>
        <w:t xml:space="preserve">（1）如其克谐，天下可定也（司马光《赤壁之战》）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（2）既克，公问其故（《曹刿论战》）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（3）克己奉公（成语）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50. 类</w:t>
      </w:r>
    </w:p>
    <w:p>
      <w:pPr>
        <w:spacing w:after="40" w:line="276" w:lineRule="auto"/>
      </w:pPr>
      <w:r>
        <w:rPr>
          <w:b w:val="0"/>
          <w:sz w:val="20"/>
        </w:rPr>
        <w:t>【义项】A 事例　B 类推　C 像，类似　D 种类，类别</w:t>
      </w:r>
    </w:p>
    <w:p>
      <w:pPr>
        <w:spacing w:after="20" w:line="276" w:lineRule="auto"/>
      </w:pPr>
      <w:r>
        <w:rPr>
          <w:sz w:val="21"/>
        </w:rPr>
        <w:t xml:space="preserve">（1）举类迩而见义远（司马迁《屈原列传》）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（2）则明通而类（《荀子·不苟》）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（3）何竟日默默在此，大类女郎也（归有光《项脊轩志》）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（4）有教无类（《论语》）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51. 怜</w:t>
      </w:r>
    </w:p>
    <w:p>
      <w:pPr>
        <w:spacing w:after="40" w:line="276" w:lineRule="auto"/>
      </w:pPr>
      <w:r>
        <w:rPr>
          <w:b w:val="0"/>
          <w:sz w:val="20"/>
        </w:rPr>
        <w:t>【义项】A 可爱　B 同情，怜悯</w:t>
      </w:r>
    </w:p>
    <w:p>
      <w:pPr>
        <w:spacing w:after="20" w:line="276" w:lineRule="auto"/>
      </w:pPr>
      <w:r>
        <w:rPr>
          <w:sz w:val="21"/>
        </w:rPr>
        <w:t xml:space="preserve">（1）自名秦罗敷，可怜体无比（《孔雀东南飞》）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（2）可怜身上衣正单（白居易《卖炭翁》）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</w:t>
      </w:r>
    </w:p>
    <w:p>
      <w:pPr>
        <w:spacing w:after="20" w:line="276" w:lineRule="auto"/>
      </w:pPr>
      <w:r>
        <w:rPr>
          <w:b/>
          <w:color w:val="B8902F"/>
          <w:sz w:val="24"/>
        </w:rPr>
        <w:t>52. 弥</w:t>
      </w:r>
    </w:p>
    <w:p>
      <w:pPr>
        <w:spacing w:after="40" w:line="276" w:lineRule="auto"/>
      </w:pPr>
      <w:r>
        <w:rPr>
          <w:b w:val="0"/>
          <w:sz w:val="20"/>
        </w:rPr>
        <w:t>【义项】A 满，遍　B 越，更加　C 久长</w:t>
      </w:r>
    </w:p>
    <w:p>
      <w:pPr>
        <w:spacing w:after="20" w:line="276" w:lineRule="auto"/>
      </w:pPr>
      <w:r>
        <w:rPr>
          <w:sz w:val="21"/>
        </w:rPr>
        <w:t xml:space="preserve">（1）夜雪初霁，荠麦弥望（姜夔《扬州慢》）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（2）奉之弥繁，侵之愈急（苏洵《六国论》）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（3）弥，久也（《逸周书·谥法》）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53. 莫</w:t>
      </w:r>
    </w:p>
    <w:p>
      <w:pPr>
        <w:spacing w:after="40" w:line="276" w:lineRule="auto"/>
      </w:pPr>
      <w:r>
        <w:rPr>
          <w:b w:val="0"/>
          <w:sz w:val="20"/>
        </w:rPr>
        <w:t>【义项】A 没有谁，没有什么　B 不，不能　C 没有谁（重复）　D 通“暮”，晚</w:t>
      </w:r>
    </w:p>
    <w:p>
      <w:pPr>
        <w:spacing w:after="20" w:line="276" w:lineRule="auto"/>
      </w:pPr>
      <w:r>
        <w:rPr>
          <w:sz w:val="21"/>
        </w:rPr>
        <w:t xml:space="preserve">（1）非刘豫州莫可以当曹操者（司马光《赤壁之战》）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（2）一夫当关，万夫莫开（李白《蜀道难》）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（3）权以示群下，莫不响震失色（司马光《赤壁之战》）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（4）莫春者，春服既成（《子路、曾皙、冉有、公西华侍坐》）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A D</w:t>
      </w:r>
    </w:p>
    <w:p>
      <w:pPr>
        <w:spacing w:after="20" w:line="276" w:lineRule="auto"/>
      </w:pPr>
      <w:r>
        <w:rPr>
          <w:b/>
          <w:color w:val="B8902F"/>
          <w:sz w:val="24"/>
        </w:rPr>
        <w:t>54. 明</w:t>
      </w:r>
    </w:p>
    <w:p>
      <w:pPr>
        <w:spacing w:after="40" w:line="276" w:lineRule="auto"/>
      </w:pPr>
      <w:r>
        <w:rPr>
          <w:b w:val="0"/>
          <w:sz w:val="20"/>
        </w:rPr>
        <w:t>【义项】A 明亮，光明　B 贤明，明智　C 照明　D 明确，阐明　E 今之次，第二</w:t>
      </w:r>
    </w:p>
    <w:p>
      <w:pPr>
        <w:spacing w:after="20" w:line="276" w:lineRule="auto"/>
      </w:pPr>
      <w:r>
        <w:rPr>
          <w:sz w:val="21"/>
        </w:rPr>
        <w:t xml:space="preserve">（1）江船火独明（杜甫《春夜喜雨》）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（2）吾未见其明也（韩愈《师说》）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（3）余之力尚足以入，火尚足以明也（王安石《游褒禅山记》）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（4）明道德之广崇，治乱之条贯（司马迁《屈原列传》）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（5）越明年，政通人和（范仲淹《岳阳楼记》）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55. 内</w:t>
      </w:r>
    </w:p>
    <w:p>
      <w:pPr>
        <w:spacing w:after="40" w:line="276" w:lineRule="auto"/>
      </w:pPr>
      <w:r>
        <w:rPr>
          <w:b w:val="0"/>
          <w:sz w:val="20"/>
        </w:rPr>
        <w:t>【义项】A 里面，跟“外”相对　B 内部，指国家内部、朝廷内部　C 通“纳”，接纳　D 内心，心里</w:t>
      </w:r>
    </w:p>
    <w:p>
      <w:pPr>
        <w:spacing w:after="20" w:line="276" w:lineRule="auto"/>
      </w:pPr>
      <w:r>
        <w:rPr>
          <w:sz w:val="21"/>
        </w:rPr>
        <w:t xml:space="preserve">（1）内外多置小门墙（归有光《项脊轩志》）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（2）然侍卫之臣不懈于内（诸葛亮《出师表》）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（3）距关，毋内诸侯（司马迁《鸿门宴》）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（4）今将军外托服从之名而内怀犹豫之计（司马光《赤壁之战》）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56. 期</w:t>
      </w:r>
    </w:p>
    <w:p>
      <w:pPr>
        <w:spacing w:after="40" w:line="276" w:lineRule="auto"/>
      </w:pPr>
      <w:r>
        <w:rPr>
          <w:b w:val="0"/>
          <w:sz w:val="20"/>
        </w:rPr>
        <w:t>【义项】A 日期，期限　B 及，至　C 约定，约会　D 一周年　E 穿一周年孝服的人　F 期望， 期待</w:t>
      </w:r>
    </w:p>
    <w:p>
      <w:pPr>
        <w:spacing w:after="20" w:line="276" w:lineRule="auto"/>
      </w:pPr>
      <w:r>
        <w:rPr>
          <w:sz w:val="21"/>
        </w:rPr>
        <w:t xml:space="preserve">（1）失期，法皆斩（司马迁《陈涉世家》）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（2）况修短随化，终期于尽（王羲之《兰亭集序》）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（3）期山东为三处（司马迁《项羽之死》）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（4）期年之后，虽欲言，无可进者（《邹忌讽齐王纳谏》）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（5）外无期功强近之亲（李密《陈情表》）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（6）富贵非吾愿，帝乡不可期（陶渊明《归去来兮辞》）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57. 奇</w:t>
      </w:r>
    </w:p>
    <w:p>
      <w:pPr>
        <w:spacing w:after="40" w:line="276" w:lineRule="auto"/>
      </w:pPr>
      <w:r>
        <w:rPr>
          <w:b w:val="0"/>
          <w:sz w:val="20"/>
        </w:rPr>
        <w:t>【义项】A 奇特的，罕见的，不平常的　B 以……为奇，惊异　C 适宜，适合　D 零数，余数</w:t>
      </w:r>
    </w:p>
    <w:p>
      <w:pPr>
        <w:spacing w:after="20" w:line="276" w:lineRule="auto"/>
      </w:pPr>
      <w:r>
        <w:rPr>
          <w:sz w:val="21"/>
        </w:rPr>
        <w:t xml:space="preserve">（1）以事秦之心，礼天下之奇才（苏洵《六国论》）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（2）大将军邓骘奇其才（范晔《张衡传》）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（3）今日违情义，恐此事非奇（《孔雀东南飞》）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（4）舟首尾长约八分有奇（魏学洢《核舟记》）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58. 迁</w:t>
      </w:r>
    </w:p>
    <w:p>
      <w:pPr>
        <w:spacing w:after="40" w:line="276" w:lineRule="auto"/>
      </w:pPr>
      <w:r>
        <w:rPr>
          <w:b w:val="0"/>
          <w:sz w:val="20"/>
        </w:rPr>
        <w:t>【义项】A 贬谪，放逐　B 改变　C 晋升或调动官职</w:t>
      </w:r>
    </w:p>
    <w:p>
      <w:pPr>
        <w:spacing w:after="20" w:line="276" w:lineRule="auto"/>
      </w:pPr>
      <w:r>
        <w:rPr>
          <w:sz w:val="21"/>
        </w:rPr>
        <w:t xml:space="preserve">（1）是夕始觉有迁谪意（白居易《琵琶行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（2）齐人未尝赂秦，终继五国迁灭，何哉（苏洵《六国论》）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（3）再迁为太史令（范晔《张衡传》）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59. 请</w:t>
      </w:r>
    </w:p>
    <w:p>
      <w:pPr>
        <w:spacing w:after="40" w:line="276" w:lineRule="auto"/>
      </w:pPr>
      <w:r>
        <w:rPr>
          <w:b w:val="0"/>
          <w:sz w:val="20"/>
        </w:rPr>
        <w:t>【义项】A 请求　B 请人允许自己做某事　C 请教，请示</w:t>
      </w:r>
    </w:p>
    <w:p>
      <w:pPr>
        <w:spacing w:after="20" w:line="276" w:lineRule="auto"/>
      </w:pPr>
      <w:r>
        <w:rPr>
          <w:sz w:val="21"/>
        </w:rPr>
        <w:t xml:space="preserve">（1）君不如肉袒伏斧质请罪（司马迁《廉颇蔺相如列传》）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（2）璧有瑕，请指示王（司马迁《廉颇蔺相如列传》）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（3）俯身倾耳以请（宋濂《送东阳马生序》）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60. 穷</w:t>
      </w:r>
    </w:p>
    <w:p>
      <w:pPr>
        <w:spacing w:after="40" w:line="276" w:lineRule="auto"/>
      </w:pPr>
      <w:r>
        <w:rPr>
          <w:b w:val="0"/>
          <w:sz w:val="20"/>
        </w:rPr>
        <w:t>【义项】A 困窘，处境困难　B 不得志，不显贵，与“达”相对　C 穷尽</w:t>
      </w:r>
    </w:p>
    <w:p>
      <w:pPr>
        <w:spacing w:after="20" w:line="276" w:lineRule="auto"/>
      </w:pPr>
      <w:r>
        <w:rPr>
          <w:sz w:val="21"/>
        </w:rPr>
        <w:t xml:space="preserve">（1）人穷则反本（司马迁《屈原列传》）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（2）穷则独善其身，达则兼济天下（《孟子》）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（3）则其好游者不能穷也（王安石《游褒禅山记》）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61. 去</w:t>
      </w:r>
    </w:p>
    <w:p>
      <w:pPr>
        <w:spacing w:after="40" w:line="276" w:lineRule="auto"/>
      </w:pPr>
      <w:r>
        <w:rPr>
          <w:b w:val="0"/>
          <w:sz w:val="20"/>
        </w:rPr>
        <w:t>【义项】A 离开　B 过去的　C 距，距离　D 表示动作的趋势　E 前往　F 除去，去掉</w:t>
      </w:r>
    </w:p>
    <w:p>
      <w:pPr>
        <w:spacing w:after="20" w:line="276" w:lineRule="auto"/>
      </w:pPr>
      <w:r>
        <w:rPr>
          <w:sz w:val="21"/>
        </w:rPr>
        <w:t xml:space="preserve">（1）欲呼张良与俱去（司马迁《鸿门宴》）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（2）我从去年辞帝京（白居易《琵琶行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（3）沛公军在霸上，相去四十里（司马迁《鸿门宴》）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（4）风流总被雨打风吹去（辛弃疾《永遇乐·京口北固亭怀古》）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（5）汝可去应之（《孔雀东南飞》）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（6）见恶，如农夫之务去草焉（《左传》）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62. 劝</w:t>
      </w:r>
    </w:p>
    <w:p>
      <w:pPr>
        <w:spacing w:after="40" w:line="276" w:lineRule="auto"/>
      </w:pPr>
      <w:r>
        <w:rPr>
          <w:b w:val="0"/>
          <w:sz w:val="20"/>
        </w:rPr>
        <w:t>【义项】A 勉励，鼓励　B 劝说</w:t>
      </w:r>
    </w:p>
    <w:p>
      <w:pPr>
        <w:spacing w:after="20" w:line="276" w:lineRule="auto"/>
      </w:pPr>
      <w:r>
        <w:rPr>
          <w:sz w:val="21"/>
        </w:rPr>
        <w:t xml:space="preserve">（1）且举世誉之而不加劝（《逍遥游》）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（2）时周瑜受使至番阳，肃劝权召瑜还（司马光《赤壁之战》）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</w:t>
      </w:r>
    </w:p>
    <w:p>
      <w:pPr>
        <w:spacing w:after="20" w:line="276" w:lineRule="auto"/>
      </w:pPr>
      <w:r>
        <w:rPr>
          <w:b/>
          <w:color w:val="B8902F"/>
          <w:sz w:val="24"/>
        </w:rPr>
        <w:t>63. 却</w:t>
      </w:r>
    </w:p>
    <w:p>
      <w:pPr>
        <w:spacing w:after="40" w:line="276" w:lineRule="auto"/>
      </w:pPr>
      <w:r>
        <w:rPr>
          <w:b w:val="0"/>
          <w:sz w:val="20"/>
        </w:rPr>
        <w:t>【义项】A 退，退回，这里指后退几步　B 使……退，击退　C 还，再　D 拒绝，推辞　E 反， 反而　F 回，回头</w:t>
      </w:r>
    </w:p>
    <w:p>
      <w:pPr>
        <w:spacing w:after="20" w:line="276" w:lineRule="auto"/>
      </w:pPr>
      <w:r>
        <w:rPr>
          <w:sz w:val="21"/>
        </w:rPr>
        <w:t xml:space="preserve">（1）相如因持璧却立（司马迁《廉颇蔺相如列传》）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（2）后秦击赵者再，李牧连却之（苏洵《六国论》）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（3）何当共剪西窗烛，却话巴山夜雨时（李商隐《夜雨寄北》）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（4）却之不恭（成语）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（5）草色遥看近却无（韩愈《早春呈水部张十八员外（其一）》）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（6）却看妻子愁何在（杜甫《闻官军收河南河北》）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64. 如</w:t>
      </w:r>
    </w:p>
    <w:p>
      <w:pPr>
        <w:spacing w:after="40" w:line="276" w:lineRule="auto"/>
      </w:pPr>
      <w:r>
        <w:rPr>
          <w:b w:val="0"/>
          <w:sz w:val="20"/>
        </w:rPr>
        <w:t>【义项】A 像，如同　B 及，比得上　C 到……去，往　D 遵从，依照　E 连词，假如，如果　F 连词，或者</w:t>
      </w:r>
    </w:p>
    <w:p>
      <w:pPr>
        <w:spacing w:after="20" w:line="276" w:lineRule="auto"/>
      </w:pPr>
      <w:r>
        <w:rPr>
          <w:sz w:val="21"/>
        </w:rPr>
        <w:t xml:space="preserve">（1）举以予人，如弃草芥（苏洵《六国论》）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（2）弟子不必不如师（韩愈《师说》）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（3）纵一苇之所如（苏轼《赤壁赋》）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（4）不如言，刑从之（司马迁《史记》）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（5）王如知此，则无望民之多于邻国也（《寡人之于国也》）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（6）宗庙之事，如会同，端章甫，愿为小相焉（《子路、曾皙、冉有、公西华侍坐》）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65. 若</w:t>
      </w:r>
    </w:p>
    <w:p>
      <w:pPr>
        <w:spacing w:after="40" w:line="276" w:lineRule="auto"/>
      </w:pPr>
      <w:r>
        <w:rPr>
          <w:b w:val="0"/>
          <w:sz w:val="20"/>
        </w:rPr>
        <w:t>【义项】A 如，似，像　B 第二人称代词，你，也表示复数，你们　C 及，比得上　D 相当于 “然”，用在形容词和副词之后，表状态</w:t>
      </w:r>
    </w:p>
    <w:p>
      <w:pPr>
        <w:spacing w:after="20" w:line="276" w:lineRule="auto"/>
      </w:pPr>
      <w:r>
        <w:rPr>
          <w:sz w:val="21"/>
        </w:rPr>
        <w:t xml:space="preserve">（1）海内存知己，天涯若比邻（王勃《送杜少府之任蜀州》）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（2）若入前为寿（司马迁《鸿门宴》）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（3）曾不若孀妻弱子（《愚公移山》）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（4）桑之未落，其叶沃若（《诗经·氓》）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66. 善</w:t>
      </w:r>
    </w:p>
    <w:p>
      <w:pPr>
        <w:spacing w:after="40" w:line="276" w:lineRule="auto"/>
      </w:pPr>
      <w:r>
        <w:rPr>
          <w:b w:val="0"/>
          <w:sz w:val="20"/>
        </w:rPr>
        <w:t>【义项】A 擅长　B 通“缮”，修治，擦拭　C 友善，交好　D 好的（行为、人、事）　E 好好地，友善地　F 喜欢，羡慕</w:t>
      </w:r>
    </w:p>
    <w:p>
      <w:pPr>
        <w:spacing w:after="20" w:line="276" w:lineRule="auto"/>
      </w:pPr>
      <w:r>
        <w:rPr>
          <w:sz w:val="21"/>
        </w:rPr>
        <w:t xml:space="preserve">（1）京中有善口技者（林嗣环《口技》）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（2）善刀而藏之（《庖丁解牛》）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（3）素善留侯张良（司马迁《鸿门宴》）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（4）积善成德（《劝学》）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（5）不如因善遇之（司马迁《鸿门宴》）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（6）善万物之得时（陶渊明《归去来兮辞》）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67. 少</w:t>
      </w:r>
    </w:p>
    <w:p>
      <w:pPr>
        <w:spacing w:after="40" w:line="276" w:lineRule="auto"/>
      </w:pPr>
      <w:r>
        <w:rPr>
          <w:b w:val="0"/>
          <w:sz w:val="20"/>
        </w:rPr>
        <w:t>【义项】A 削减，减少　B 不足，缺少　C 稍微　D 年少　E 数量少，与“多”相对　F 不多时，一会儿　G 轻视，贬低</w:t>
      </w:r>
    </w:p>
    <w:p>
      <w:pPr>
        <w:spacing w:after="20" w:line="276" w:lineRule="auto"/>
      </w:pPr>
      <w:r>
        <w:rPr>
          <w:sz w:val="21"/>
        </w:rPr>
        <w:t xml:space="preserve">（1）邻国之民不加少（《寡人之于国也》）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（2）自经丧乱少睡眠（杜甫《茅屋为秋风所破歌》）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（3）宾客意少舒，稍稍正坐（林嗣环《口技》）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（4）是故无贵无贱，无长无少（韩愈《师说》）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（5）江山如画，一时多少豪杰（苏轼《念奴娇·赤壁怀古》）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（6）少焉，月出于东山之上（苏轼《赤壁赋》）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（7）且夫我尝闻少仲尼之闻而轻伯夷之义者（《秋水》）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</w:t>
      </w:r>
    </w:p>
    <w:p>
      <w:pPr>
        <w:spacing w:after="20" w:line="276" w:lineRule="auto"/>
      </w:pPr>
      <w:r>
        <w:rPr>
          <w:b/>
          <w:color w:val="B8902F"/>
          <w:sz w:val="24"/>
        </w:rPr>
        <w:t>68. 涉</w:t>
      </w:r>
    </w:p>
    <w:p>
      <w:pPr>
        <w:spacing w:after="40" w:line="276" w:lineRule="auto"/>
      </w:pPr>
      <w:r>
        <w:rPr>
          <w:b w:val="0"/>
          <w:sz w:val="20"/>
        </w:rPr>
        <w:t>【义项】A 进入，到　B 浏览，阅读　C 经过，经历　D 牵涉，关联　E 散步</w:t>
      </w:r>
    </w:p>
    <w:p>
      <w:pPr>
        <w:spacing w:after="20" w:line="276" w:lineRule="auto"/>
      </w:pPr>
      <w:r>
        <w:rPr>
          <w:sz w:val="21"/>
        </w:rPr>
        <w:t xml:space="preserve">（1）驱中国士众远涉江湖之间（司马光《赤壁之战》）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（2）涉猎群书（词语）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（3）涉旬月，迫季冬（司马迁《报任安书》）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（4）而言有关涉，事便显露（《史通》）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（5）园日涉以成趣（陶渊明《归去来兮辞》）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69. 胜</w:t>
      </w:r>
    </w:p>
    <w:p>
      <w:pPr>
        <w:spacing w:after="40" w:line="276" w:lineRule="auto"/>
      </w:pPr>
      <w:r>
        <w:rPr>
          <w:b w:val="0"/>
          <w:sz w:val="20"/>
        </w:rPr>
        <w:t>【义项】A 禁得起　B 尽，完全　C 战胜，取胜　D 优美的，好的　E 盛大的　F 超过，胜过</w:t>
      </w:r>
    </w:p>
    <w:p>
      <w:pPr>
        <w:spacing w:after="20" w:line="276" w:lineRule="auto"/>
      </w:pPr>
      <w:r>
        <w:rPr>
          <w:sz w:val="21"/>
        </w:rPr>
        <w:t xml:space="preserve">（1）沛公不胜杯杓，不能辞（司马迁《鸿门宴》）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（2）何可胜道也哉（王安石《游褒禅山记》）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（3）而犹有可以不赂而胜之之势（苏洵《六国论》）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（4）予观夫巴陵胜状（范仲淹《岳阳楼记》）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（5）童子何知，躬逢胜饯（王勃《滕王阁序》）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（6）日出江花红胜火（白居易《忆江南》）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70. 识</w:t>
      </w:r>
    </w:p>
    <w:p>
      <w:pPr>
        <w:spacing w:after="40" w:line="276" w:lineRule="auto"/>
      </w:pPr>
      <w:r>
        <w:rPr>
          <w:b w:val="0"/>
          <w:sz w:val="20"/>
        </w:rPr>
        <w:t>【义项】A 认识　B 记住　C 懂得，知道　D 通“志”，记，记住</w:t>
      </w:r>
    </w:p>
    <w:p>
      <w:pPr>
        <w:spacing w:after="20" w:line="276" w:lineRule="auto"/>
      </w:pPr>
      <w:r>
        <w:rPr>
          <w:sz w:val="21"/>
        </w:rPr>
        <w:t xml:space="preserve">（1）相逢何必曾相识（白居易《琵琶行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（2）默而识之，学而不厌（《论语》）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（3）识盈虚之有数（王勃《滕王阁序》）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（4）博闻强识（成语）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71. 使</w:t>
      </w:r>
    </w:p>
    <w:p>
      <w:pPr>
        <w:spacing w:after="40" w:line="276" w:lineRule="auto"/>
      </w:pPr>
      <w:r>
        <w:rPr>
          <w:b w:val="0"/>
          <w:sz w:val="20"/>
        </w:rPr>
        <w:t>【义项】A 命令，派遣　B 让，致使　C 出使　D 假使</w:t>
      </w:r>
    </w:p>
    <w:p>
      <w:pPr>
        <w:spacing w:after="20" w:line="276" w:lineRule="auto"/>
      </w:pPr>
      <w:r>
        <w:rPr>
          <w:sz w:val="21"/>
        </w:rPr>
        <w:t xml:space="preserve">（1）使臣奉璧，拜送书于廷（司马迁《廉颇蔺相如列传》）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（2）使之然也（《劝学》）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（3）臣舍人蔺相如可使（司马迁《廉颇蔺相如列传》）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（4）向使三国各爱其地（苏洵《六国论》）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72. 是</w:t>
      </w:r>
    </w:p>
    <w:p>
      <w:pPr>
        <w:spacing w:after="40" w:line="276" w:lineRule="auto"/>
      </w:pPr>
      <w:r>
        <w:rPr>
          <w:b w:val="0"/>
          <w:sz w:val="20"/>
        </w:rPr>
        <w:t>【义项】A 正确　B 这样，这　C 表示肯定判断　D 认为正确，肯定</w:t>
      </w:r>
    </w:p>
    <w:p>
      <w:pPr>
        <w:spacing w:after="20" w:line="276" w:lineRule="auto"/>
      </w:pPr>
      <w:r>
        <w:rPr>
          <w:sz w:val="21"/>
        </w:rPr>
        <w:t xml:space="preserve">（1）觉今是而昨非（陶渊明《归去来兮辞》）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（2）是又在六国下矣（苏洵《六国论》）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（3）自言本是京城女（白居易《琵琶行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（4）是我而当者，吾友也（《荀子·修身》）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73. 适</w:t>
      </w:r>
    </w:p>
    <w:p>
      <w:pPr>
        <w:spacing w:after="40" w:line="276" w:lineRule="auto"/>
      </w:pPr>
      <w:r>
        <w:rPr>
          <w:b w:val="0"/>
          <w:sz w:val="20"/>
        </w:rPr>
        <w:t>【义项】A 出嫁　B 顺从，适合　C 刚才　D 适应，顺应　E 到……去　F 恰巧，正好</w:t>
      </w:r>
    </w:p>
    <w:p>
      <w:pPr>
        <w:spacing w:after="20" w:line="276" w:lineRule="auto"/>
      </w:pPr>
      <w:r>
        <w:rPr>
          <w:sz w:val="21"/>
        </w:rPr>
        <w:t xml:space="preserve">（1）贫贱有此女，始适还家门（《孔雀东南飞》）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（2）处分适兄意（《孔雀东南飞》）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（3）适得府君书（《孔雀东南飞》）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（4）少无适俗韵（陶渊明《归园田居》）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（5）虽使五尺之童适市，莫之或欺（《孟子》）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（6）适会魏公子无忌夺晋鄙军以救赵击秦（《战国策》）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74. 书</w:t>
      </w:r>
    </w:p>
    <w:p>
      <w:pPr>
        <w:spacing w:after="40" w:line="276" w:lineRule="auto"/>
      </w:pPr>
      <w:r>
        <w:rPr>
          <w:b w:val="0"/>
          <w:sz w:val="20"/>
        </w:rPr>
        <w:t>【义项】A 写，记下　B 信　C 书籍　D 写字</w:t>
      </w:r>
    </w:p>
    <w:p>
      <w:pPr>
        <w:spacing w:after="20" w:line="276" w:lineRule="auto"/>
      </w:pPr>
      <w:r>
        <w:rPr>
          <w:sz w:val="21"/>
        </w:rPr>
        <w:t xml:space="preserve">（1）相如顾召赵御史书曰（司马迁《廉颇蔺相如列传》）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（2）秦昭王闻之，使人遗赵王书（司马迁《廉颇蔺相如列传》）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（3）家贫，无从致书以观（宋濂《送东阳马生序》）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（4）或凭几学书（归有光《项脊轩志》）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75. 孰</w:t>
      </w:r>
    </w:p>
    <w:p>
      <w:pPr>
        <w:spacing w:after="40" w:line="276" w:lineRule="auto"/>
      </w:pPr>
      <w:r>
        <w:rPr>
          <w:b w:val="0"/>
          <w:sz w:val="20"/>
        </w:rPr>
        <w:t>【义项】A 通“熟”，仔细　B 谁，哪一个</w:t>
      </w:r>
    </w:p>
    <w:p>
      <w:pPr>
        <w:spacing w:after="20" w:line="276" w:lineRule="auto"/>
      </w:pPr>
      <w:r>
        <w:rPr>
          <w:sz w:val="21"/>
        </w:rPr>
        <w:t xml:space="preserve">（1）唯大王与群臣孰计议之（司马迁《廉颇蔺相如列传》）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（2）人非生而知之者，孰能无惑（韩愈《师说》）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</w:t>
      </w:r>
    </w:p>
    <w:p>
      <w:pPr>
        <w:spacing w:after="20" w:line="276" w:lineRule="auto"/>
      </w:pPr>
      <w:r>
        <w:rPr>
          <w:b/>
          <w:color w:val="B8902F"/>
          <w:sz w:val="24"/>
        </w:rPr>
        <w:t>76. 属</w:t>
      </w:r>
    </w:p>
    <w:p>
      <w:pPr>
        <w:spacing w:after="40" w:line="276" w:lineRule="auto"/>
      </w:pPr>
      <w:r>
        <w:rPr>
          <w:b w:val="0"/>
          <w:sz w:val="20"/>
        </w:rPr>
        <w:t>【义项】A 撰写　B 通“嘱”，嘱托　C 类、辈　D 隶属，归属，附属　E 管辖，掌管　F 属于　G 部属，亲属</w:t>
      </w:r>
    </w:p>
    <w:p>
      <w:pPr>
        <w:spacing w:after="20" w:line="276" w:lineRule="auto"/>
      </w:pPr>
      <w:r>
        <w:rPr>
          <w:sz w:val="21"/>
        </w:rPr>
        <w:t xml:space="preserve">（1）衡少善属文，游于三辅（范晔《张衡传》）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（2）属予作文以记之（范仲淹《岳阳楼记》）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（3）有宁越、徐尚、苏秦、杜赫之属为之谋（贾谊《过秦论》）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（4）名属教坊第一部（白居易《琵琶行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（5）司命之所属（《扁鹊见蔡桓公》）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（6）时维九月，序属三秋（王勃《滕王阁序》）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（7）周文武所封子弟同姓甚众，然后属疏远，相攻击如仇雠（司马迁《史记》）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</w:t>
      </w:r>
    </w:p>
    <w:p>
      <w:pPr>
        <w:spacing w:after="20" w:line="276" w:lineRule="auto"/>
      </w:pPr>
      <w:r>
        <w:rPr>
          <w:b/>
          <w:color w:val="B8902F"/>
          <w:sz w:val="24"/>
        </w:rPr>
        <w:t>77. 数</w:t>
      </w:r>
    </w:p>
    <w:p>
      <w:pPr>
        <w:spacing w:after="40" w:line="276" w:lineRule="auto"/>
      </w:pPr>
      <w:r>
        <w:rPr>
          <w:b w:val="0"/>
          <w:sz w:val="20"/>
        </w:rPr>
        <w:t>【义项】A 数目，数量　B 规律，命运　C 屡次　D 计算　E 密，与“疏”相对</w:t>
      </w:r>
    </w:p>
    <w:p>
      <w:pPr>
        <w:spacing w:after="20" w:line="276" w:lineRule="auto"/>
      </w:pPr>
      <w:r>
        <w:rPr>
          <w:sz w:val="21"/>
        </w:rPr>
        <w:t xml:space="preserve">（1）众数虽多，甚未足畏（司马光《赤壁之战》）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（2）胜负之数，存亡之理（苏洵《六国论》）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（3）范增数目项王（司马迁《鸿门宴》）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（4）蒙冲斗舰乃以千数（司马光《赤壁之战》）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（5）数罟不入洿池（《寡人之于国也》）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78. 率</w:t>
      </w:r>
    </w:p>
    <w:p>
      <w:pPr>
        <w:spacing w:after="40" w:line="276" w:lineRule="auto"/>
      </w:pPr>
      <w:r>
        <w:rPr>
          <w:b w:val="0"/>
          <w:sz w:val="20"/>
        </w:rPr>
        <w:t>【义项】A 带领，率领　B 全都，一概</w:t>
      </w:r>
    </w:p>
    <w:p>
      <w:pPr>
        <w:spacing w:after="20" w:line="276" w:lineRule="auto"/>
      </w:pPr>
      <w:r>
        <w:rPr>
          <w:sz w:val="21"/>
        </w:rPr>
        <w:t xml:space="preserve">（1）率疲弊之卒，将数百之众（贾谊《过秦论》）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（2）六国互丧，率赂秦耶（苏洵《六国论》）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</w:t>
      </w:r>
    </w:p>
    <w:p>
      <w:pPr>
        <w:spacing w:after="20" w:line="276" w:lineRule="auto"/>
      </w:pPr>
      <w:r>
        <w:rPr>
          <w:b/>
          <w:color w:val="B8902F"/>
          <w:sz w:val="24"/>
        </w:rPr>
        <w:t>79. 说</w:t>
      </w:r>
    </w:p>
    <w:p>
      <w:pPr>
        <w:spacing w:after="40" w:line="276" w:lineRule="auto"/>
      </w:pPr>
      <w:r>
        <w:rPr>
          <w:b w:val="0"/>
          <w:sz w:val="20"/>
        </w:rPr>
        <w:t>【义项】A 解说　B 通“悦”，高兴　C 劝说，说服　D 主张，学说</w:t>
      </w:r>
    </w:p>
    <w:p>
      <w:pPr>
        <w:spacing w:after="20" w:line="276" w:lineRule="auto"/>
      </w:pPr>
      <w:r>
        <w:rPr>
          <w:sz w:val="21"/>
        </w:rPr>
        <w:t xml:space="preserve">（1）请说之（《公输》）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（2）公输盘不说（《公输》）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（3）范增说项羽曰（司马迁《鸿门宴》）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（4）伐孔子之说，何逆于礼（王充《论衡·问孔》）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80. 私</w:t>
      </w:r>
    </w:p>
    <w:p>
      <w:pPr>
        <w:spacing w:after="40" w:line="276" w:lineRule="auto"/>
      </w:pPr>
      <w:r>
        <w:rPr>
          <w:b w:val="0"/>
          <w:sz w:val="20"/>
        </w:rPr>
        <w:t>【义项】A 个人的，自己的，与“公”相对　B 偏爱，偏私　C 私下，私密　D 私事，私利</w:t>
      </w:r>
    </w:p>
    <w:p>
      <w:pPr>
        <w:spacing w:after="20" w:line="276" w:lineRule="auto"/>
      </w:pPr>
      <w:r>
        <w:rPr>
          <w:sz w:val="21"/>
        </w:rPr>
        <w:t xml:space="preserve">（1）以先国家之急而后私仇也（司马迁《廉颇蔺相如列传》）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（2）吾妻之美我者，私我也（《邹忌讽齐王纳谏》）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（3）项伯乃夜驰之沛公军，私见张良（司马迁《鸿门宴》）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（4）丹不忍以己之私（《荆轲刺秦王》）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81. 素</w:t>
      </w:r>
    </w:p>
    <w:p>
      <w:pPr>
        <w:spacing w:after="40" w:line="276" w:lineRule="auto"/>
      </w:pPr>
      <w:r>
        <w:rPr>
          <w:b w:val="0"/>
          <w:sz w:val="20"/>
        </w:rPr>
        <w:t>【义项】A 白色的生绢　B 一向，平素　C 质朴，朴素　D 白白地</w:t>
      </w:r>
    </w:p>
    <w:p>
      <w:pPr>
        <w:spacing w:after="20" w:line="276" w:lineRule="auto"/>
      </w:pPr>
      <w:r>
        <w:rPr>
          <w:sz w:val="21"/>
        </w:rPr>
        <w:t xml:space="preserve">（1）十三能织素，十四学裁衣（《孔雀东南飞》）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（2）吴广素爱人（司马迁《陈涉世家》）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（3）昭节俭，示太素（班固《东都赋》）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（4）尸位素餐（成语）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82. 汤</w:t>
      </w:r>
    </w:p>
    <w:p>
      <w:pPr>
        <w:spacing w:after="40" w:line="276" w:lineRule="auto"/>
      </w:pPr>
      <w:r>
        <w:rPr>
          <w:b w:val="0"/>
          <w:sz w:val="20"/>
        </w:rPr>
        <w:t>【义项】A 热水，开水　B 通“烫”，用热水焐　C 中药汤剂</w:t>
      </w:r>
    </w:p>
    <w:p>
      <w:pPr>
        <w:spacing w:after="20" w:line="276" w:lineRule="auto"/>
      </w:pPr>
      <w:r>
        <w:rPr>
          <w:sz w:val="21"/>
        </w:rPr>
        <w:t xml:space="preserve">（1）媵人持汤沃灌（宋濂《送东阳马生序》）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（2）疾在腠理，汤熨之所及也（《扁鹊见蔡桓公》）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（3）臣侍汤药，未曾废离（李密《陈情表》）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83. 涕</w:t>
      </w:r>
    </w:p>
    <w:p>
      <w:pPr>
        <w:spacing w:after="40" w:line="276" w:lineRule="auto"/>
      </w:pPr>
      <w:r>
        <w:rPr>
          <w:b w:val="0"/>
          <w:sz w:val="20"/>
        </w:rPr>
        <w:t>【义项】A 眼泪　B 哭泣　C 鼻涕</w:t>
      </w:r>
    </w:p>
    <w:p>
      <w:pPr>
        <w:spacing w:after="20" w:line="276" w:lineRule="auto"/>
      </w:pPr>
      <w:r>
        <w:rPr>
          <w:sz w:val="21"/>
        </w:rPr>
        <w:t xml:space="preserve">（1）临表涕零，不知所言（诸葛亮《出师表》）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（2）开门，共相持涕泣（《后汉书·耿恭传》）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（3）拆书放床头，涕与泪垂四（韩愈《寄皇甫湜》）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84. 徒</w:t>
      </w:r>
    </w:p>
    <w:p>
      <w:pPr>
        <w:spacing w:after="40" w:line="276" w:lineRule="auto"/>
      </w:pPr>
      <w:r>
        <w:rPr>
          <w:b w:val="0"/>
          <w:sz w:val="20"/>
        </w:rPr>
        <w:t>【义项】A 同伙，一类的人　B 徒然，白白地　C 只，仅仅　D 囚徒，服役的人　E 门徒，弟子</w:t>
      </w:r>
    </w:p>
    <w:p>
      <w:pPr>
        <w:spacing w:after="20" w:line="276" w:lineRule="auto"/>
      </w:pPr>
      <w:r>
        <w:rPr>
          <w:sz w:val="21"/>
        </w:rPr>
        <w:t xml:space="preserve">（1）郯子之徒，其贤不及孔子（韩愈《师说》）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（2）徒见欺（司马迁《廉颇蔺相如列传》）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（3）而蔺相如徒以口舌为劳（司马迁《廉颇蔺相如列传》）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（4）而迁徙之徒也（贾谊《过秦论》）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（5）善教者则不然，视徒如己（《吕氏春秋》）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85. 亡</w:t>
      </w:r>
    </w:p>
    <w:p>
      <w:pPr>
        <w:spacing w:after="40" w:line="276" w:lineRule="auto"/>
      </w:pPr>
      <w:r>
        <w:rPr>
          <w:b w:val="0"/>
          <w:sz w:val="20"/>
        </w:rPr>
        <w:t>【义项】A 逃亡，逃跑　B 失去，丢失　C 死亡　D 灭亡　E 通“无”，没有</w:t>
      </w:r>
    </w:p>
    <w:p>
      <w:pPr>
        <w:spacing w:after="20" w:line="276" w:lineRule="auto"/>
      </w:pPr>
      <w:r>
        <w:rPr>
          <w:sz w:val="21"/>
        </w:rPr>
        <w:t xml:space="preserve">（1）从径道亡，归璧于赵（司马迁《廉颇蔺相如列传》）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（2）诸侯之所亡（苏洵《六国论》）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（3）今刘表新亡，二子不协（司马光《赤壁之战》）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（4）然郑亡，子亦有不利焉（《烛之武退秦师》）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（5）河曲智叟亡以应（《愚公移山》）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86. 王</w:t>
      </w:r>
    </w:p>
    <w:p>
      <w:pPr>
        <w:spacing w:after="40" w:line="276" w:lineRule="auto"/>
      </w:pPr>
      <w:r>
        <w:rPr>
          <w:b w:val="0"/>
          <w:sz w:val="20"/>
        </w:rPr>
        <w:t>【义项】A 一国的君主　B 称王，统治天下</w:t>
      </w:r>
    </w:p>
    <w:p>
      <w:pPr>
        <w:spacing w:after="20" w:line="276" w:lineRule="auto"/>
      </w:pPr>
      <w:r>
        <w:rPr>
          <w:sz w:val="21"/>
        </w:rPr>
        <w:t xml:space="preserve">（1）三十日不还，则请立太子为王（司马迁《廉颇蔺相如列传》）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（2）沛公欲王关中（司马迁《鸿门宴》）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</w:t>
      </w:r>
    </w:p>
    <w:p>
      <w:pPr>
        <w:spacing w:after="20" w:line="276" w:lineRule="auto"/>
      </w:pPr>
      <w:r>
        <w:rPr>
          <w:b/>
          <w:color w:val="B8902F"/>
          <w:sz w:val="24"/>
        </w:rPr>
        <w:t>87. 望</w:t>
      </w:r>
    </w:p>
    <w:p>
      <w:pPr>
        <w:spacing w:after="40" w:line="276" w:lineRule="auto"/>
      </w:pPr>
      <w:r>
        <w:rPr>
          <w:b w:val="0"/>
          <w:sz w:val="20"/>
        </w:rPr>
        <w:t>【义项】A 远看，观察　B 盼望　C 欲望，念头　D 农历的每月十五日　E 观察（重复）　F 名望，声望　G 埋怨，怨恨</w:t>
      </w:r>
    </w:p>
    <w:p>
      <w:pPr>
        <w:spacing w:after="20" w:line="276" w:lineRule="auto"/>
      </w:pPr>
      <w:r>
        <w:rPr>
          <w:sz w:val="21"/>
        </w:rPr>
        <w:t xml:space="preserve">（1）吾视其辙乱，望其旗靡，故逐之（《曹刿论战》）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（2）日夜望将军至，岂敢反乎（司马迁《鸿门宴》）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（3）则请立太子为王，以绝秦望（司马迁《廉颇蔺相如列传》）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（4）七月既望（苏轼《赤壁赋》）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（5）吾令人望其气（司马迁《鸿门宴》）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（6）都督阎公之雅望（王勃《滕王阁序》）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（7）若望仆不相师（司马迁《报任安书》）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</w:t>
      </w:r>
    </w:p>
    <w:p>
      <w:pPr>
        <w:spacing w:after="20" w:line="276" w:lineRule="auto"/>
      </w:pPr>
      <w:r>
        <w:rPr>
          <w:b/>
          <w:color w:val="B8902F"/>
          <w:sz w:val="24"/>
        </w:rPr>
        <w:t>88. 恶</w:t>
      </w:r>
    </w:p>
    <w:p>
      <w:pPr>
        <w:spacing w:after="40" w:line="276" w:lineRule="auto"/>
      </w:pPr>
      <w:r>
        <w:rPr>
          <w:b w:val="0"/>
          <w:sz w:val="20"/>
        </w:rPr>
        <w:t>【义项】A 厌恶，嫉妒　B 不好的　C 貌丑　D 罪恶　E 诽谤，诋毁　F 怎么，如何，何</w:t>
      </w:r>
    </w:p>
    <w:p>
      <w:pPr>
        <w:spacing w:after="20" w:line="276" w:lineRule="auto"/>
      </w:pPr>
      <w:r>
        <w:rPr>
          <w:sz w:val="21"/>
        </w:rPr>
        <w:t xml:space="preserve">（1）表恶其能而不能用也（司马光《赤壁之战》）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（2）廉君宣恶言，而君畏匿之（司马迁《廉颇蔺相如列传》）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（3）状貌甚恶（司马迁《史记》）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（4）则思正身以黜恶（魏徵《谏太宗十思疏》）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（5）不幸吕师孟构恶于前（文天祥《指南录后序》）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（6）卒然问曰：“天下恶乎定？”（《孟子见梁襄王》）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89. 微</w:t>
      </w:r>
    </w:p>
    <w:p>
      <w:pPr>
        <w:spacing w:after="40" w:line="276" w:lineRule="auto"/>
      </w:pPr>
      <w:r>
        <w:rPr>
          <w:b w:val="0"/>
          <w:sz w:val="20"/>
        </w:rPr>
        <w:t>【义项】A 精妙，微妙　B 稍微，略微　C 如果没有　D 一寸的百万分之一，喻指微小的事物　E 微小，细小　F 地位卑微　G 暗中，秘密地　H 弱，衰微</w:t>
      </w:r>
    </w:p>
    <w:p>
      <w:pPr>
        <w:spacing w:after="20" w:line="276" w:lineRule="auto"/>
      </w:pPr>
      <w:r>
        <w:rPr>
          <w:sz w:val="21"/>
        </w:rPr>
        <w:t xml:space="preserve">（1）其文约，其辞微，其志洁，其行廉（司马迁《屈原列传》）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（2）东坡现右足，鲁直现左足，各微侧（魏学洢《核舟记》）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（3）噫！微斯人，吾谁与归（范仲淹《岳阳楼记》）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（4）夫祸患常积于忽微（欧阳修《伶官传序》）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（5）细草微风岸（杜甫《旅夜书怀》）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（6）猥以微贱（李密《陈情表》）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（7）李牧不受命，赵使人微捕得李牧，斩之（司马迁《史记》）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（8）周室微，陪臣执政（司马迁《史记》）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</w:t>
      </w:r>
    </w:p>
    <w:p>
      <w:pPr>
        <w:spacing w:after="20" w:line="276" w:lineRule="auto"/>
      </w:pPr>
      <w:r>
        <w:rPr>
          <w:b/>
          <w:color w:val="B8902F"/>
          <w:sz w:val="24"/>
        </w:rPr>
        <w:t>90. 悉</w:t>
      </w:r>
    </w:p>
    <w:p>
      <w:pPr>
        <w:spacing w:after="40" w:line="276" w:lineRule="auto"/>
      </w:pPr>
      <w:r>
        <w:rPr>
          <w:b w:val="0"/>
          <w:sz w:val="20"/>
        </w:rPr>
        <w:t>【义项】A 都，全　B 详尽地叙述</w:t>
      </w:r>
    </w:p>
    <w:p>
      <w:pPr>
        <w:spacing w:after="20" w:line="276" w:lineRule="auto"/>
      </w:pPr>
      <w:r>
        <w:rPr>
          <w:sz w:val="21"/>
        </w:rPr>
        <w:t xml:space="preserve">（1）赵王悉召群臣议（司马迁《廉颇蔺相如列传》）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（2）书不能悉意，略陈固陋（司马迁《报任安书》）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</w:t>
      </w:r>
    </w:p>
    <w:p>
      <w:pPr>
        <w:spacing w:after="20" w:line="276" w:lineRule="auto"/>
      </w:pPr>
      <w:r>
        <w:rPr>
          <w:b/>
          <w:color w:val="B8902F"/>
          <w:sz w:val="24"/>
        </w:rPr>
        <w:t>91. 相</w:t>
      </w:r>
    </w:p>
    <w:p>
      <w:pPr>
        <w:spacing w:after="40" w:line="276" w:lineRule="auto"/>
      </w:pPr>
      <w:r>
        <w:rPr>
          <w:b w:val="0"/>
          <w:sz w:val="20"/>
        </w:rPr>
        <w:t>【义项】A 容貌，相貌　B 帮助，辅助　C 宰相，丞相　D 互相　E 表示动作偏指一方　F 观察</w:t>
      </w:r>
    </w:p>
    <w:p>
      <w:pPr>
        <w:spacing w:after="20" w:line="276" w:lineRule="auto"/>
      </w:pPr>
      <w:r>
        <w:rPr>
          <w:sz w:val="21"/>
        </w:rPr>
        <w:t xml:space="preserve">（1）儿已薄禄相（《孔雀东南飞》）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（2）至于幽暗昏惑而无物以相之（王安石《游褒禅山记》）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（3）况于将相乎（司马迁《廉颇蔺相如列传》）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（4）形影相吊（李密《陈情表》）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（5）及时相遣归（《孔雀东南飞》）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（6）伯乐学相马（王充《论衡》）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92. 谢</w:t>
      </w:r>
    </w:p>
    <w:p>
      <w:pPr>
        <w:spacing w:after="40" w:line="276" w:lineRule="auto"/>
      </w:pPr>
      <w:r>
        <w:rPr>
          <w:b w:val="0"/>
          <w:sz w:val="20"/>
        </w:rPr>
        <w:t>【义项】A 道歉，认错　B 辞别　C 感谢　D 告诉，告诫　E 推辞，谢绝　F 衰亡，凋落</w:t>
      </w:r>
    </w:p>
    <w:p>
      <w:pPr>
        <w:spacing w:after="20" w:line="276" w:lineRule="auto"/>
      </w:pPr>
      <w:r>
        <w:rPr>
          <w:sz w:val="21"/>
        </w:rPr>
        <w:t xml:space="preserve">（1）旦日不可不蚤自来谢项王（司马迁《鸿门宴》）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（2）往昔初阳岁，谢家来贵门（《孔雀东南飞》）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（3）哙拜谢，起，立而饮之（司马迁《鸿门宴》）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（4）多谢后世人，戒之慎勿忘（《孔雀东南飞》）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（5）阿母谢媒人（《孔雀东南飞》）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（6）蔷薇花谢即归来（杜牧《留赠》）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93. 信</w:t>
      </w:r>
    </w:p>
    <w:p>
      <w:pPr>
        <w:spacing w:after="40" w:line="276" w:lineRule="auto"/>
      </w:pPr>
      <w:r>
        <w:rPr>
          <w:b w:val="0"/>
          <w:sz w:val="20"/>
        </w:rPr>
        <w:t>【义项】A 实情　B 使者，指媒人　C 信用　D 信物，凭证　E 真实的　F 确实，实在，果真　G 随意，任凭　H 通“伸”，伸张</w:t>
      </w:r>
    </w:p>
    <w:p>
      <w:pPr>
        <w:spacing w:after="20" w:line="276" w:lineRule="auto"/>
      </w:pPr>
      <w:r>
        <w:rPr>
          <w:sz w:val="21"/>
        </w:rPr>
        <w:t xml:space="preserve">（1）牺牲玉帛，弗敢加也，必以信（《曹刿论战》）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（2）自可断来信，徐徐更谓之（《孔雀东南飞》）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（3）信义安所见乎（班固《苏武传》）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（4）今行而无信，则秦未可亲也（《荆轲刺秦王》）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（5）其信然邪？其梦邪？（韩愈《祭十二郎文》）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（6）烟涛微茫信难求（李白《梦游天姥吟留别》）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（7）低眉信手续续弹（白居易《琵琶行 并序》）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（8）欲信大义于天下（陈寿《隆中对》）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</w:t>
      </w:r>
    </w:p>
    <w:p>
      <w:pPr>
        <w:spacing w:after="20" w:line="276" w:lineRule="auto"/>
      </w:pPr>
      <w:r>
        <w:rPr>
          <w:b/>
          <w:color w:val="B8902F"/>
          <w:sz w:val="24"/>
        </w:rPr>
        <w:t>94. 兴</w:t>
      </w:r>
    </w:p>
    <w:p>
      <w:pPr>
        <w:spacing w:after="40" w:line="276" w:lineRule="auto"/>
      </w:pPr>
      <w:r>
        <w:rPr>
          <w:b w:val="0"/>
          <w:sz w:val="20"/>
        </w:rPr>
        <w:t>【义项】A 发生　B 起，起床　C 发生，引起　D 兴起　E 兴办，举办　F 兴趣，兴致　G 兴盛，昌盛　H 动，发动</w:t>
      </w:r>
    </w:p>
    <w:p>
      <w:pPr>
        <w:spacing w:after="20" w:line="276" w:lineRule="auto"/>
      </w:pPr>
      <w:r>
        <w:rPr>
          <w:sz w:val="21"/>
        </w:rPr>
        <w:t xml:space="preserve">（1）积土成山，风雨兴焉（《劝学》）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（2）夙兴夜寐，靡有朝矣（《氓》）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（3）犹不能不以之兴怀（王羲之《兰亭集序》）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（4）清风徐来，水波不兴（苏轼《赤壁赋》）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（5）政通人和，百废具兴（范仲淹《岳阳楼记》）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（6）遥襟甫畅，逸兴遄飞（王勃《滕王阁序》）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（7）国之将兴，其君齐明、衷正、精洁、惠和（《国语》）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（8）王于兴师，修我戈矛（《诗经》）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</w:t>
      </w:r>
    </w:p>
    <w:p>
      <w:pPr>
        <w:spacing w:after="20" w:line="276" w:lineRule="auto"/>
      </w:pPr>
      <w:r>
        <w:rPr>
          <w:b/>
          <w:color w:val="B8902F"/>
          <w:sz w:val="24"/>
        </w:rPr>
        <w:t>95. 行</w:t>
      </w:r>
    </w:p>
    <w:p>
      <w:pPr>
        <w:spacing w:after="40" w:line="276" w:lineRule="auto"/>
      </w:pPr>
      <w:r>
        <w:rPr>
          <w:b w:val="0"/>
          <w:sz w:val="20"/>
        </w:rPr>
        <w:t>【义项】A 行走　B 行为，作为　C 品行　D 辈分　E 去，前往　F 经历　G 遵行，推行　H 古诗的一种体裁　I 将要　J 古代军制单位，又指作战队伍的行列</w:t>
      </w:r>
    </w:p>
    <w:p>
      <w:pPr>
        <w:spacing w:after="20" w:line="276" w:lineRule="auto"/>
      </w:pPr>
      <w:r>
        <w:rPr>
          <w:sz w:val="21"/>
        </w:rPr>
        <w:t xml:space="preserve">（1）三人行，则必有我师（韩愈《师说》）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（2）大行不顾细谨（司马迁《鸿门宴》）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（3）则知明而行无过矣（《劝学》）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（4）汉天子我丈人行也（班固《苏武传》）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（5）赵王畏秦，欲毋行（司马迁《廉颇蔺相如列传》）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（6）行年四岁，舅夺母志（李密《陈情表》）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（7）余嘉其能行古道（韩愈《师说》）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（8）《琵琶行 并序》（白居易）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（9）感吾生之行休（陶渊明《归去来兮辞》）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（10）蹑足行伍之间（贾谊《过秦论》）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 H I J</w:t>
      </w:r>
    </w:p>
    <w:p>
      <w:pPr>
        <w:spacing w:after="20" w:line="276" w:lineRule="auto"/>
      </w:pPr>
      <w:r>
        <w:rPr>
          <w:b/>
          <w:color w:val="B8902F"/>
          <w:sz w:val="24"/>
        </w:rPr>
        <w:t>96. 幸</w:t>
      </w:r>
    </w:p>
    <w:p>
      <w:pPr>
        <w:spacing w:after="40" w:line="276" w:lineRule="auto"/>
      </w:pPr>
      <w:r>
        <w:rPr>
          <w:b w:val="0"/>
          <w:sz w:val="20"/>
        </w:rPr>
        <w:t>【义项】A 希望　B 侥幸，幸而，幸亏　C 宠幸　D 皇帝到某处</w:t>
      </w:r>
    </w:p>
    <w:p>
      <w:pPr>
        <w:spacing w:after="20" w:line="276" w:lineRule="auto"/>
      </w:pPr>
      <w:r>
        <w:rPr>
          <w:sz w:val="21"/>
        </w:rPr>
        <w:t xml:space="preserve">（1）幸可广问讯，不得便相许（《孔雀东南飞》）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（2）今事有急，故幸来告良（司马迁《鸿门宴》）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（3）今入关，财物无所取，妇女无所幸（司马迁《鸿门宴》）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（4）缦立远视，而望幸焉（杜牧《阿房宫赋》）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97. 修</w:t>
      </w:r>
    </w:p>
    <w:p>
      <w:pPr>
        <w:spacing w:after="40" w:line="276" w:lineRule="auto"/>
      </w:pPr>
      <w:r>
        <w:rPr>
          <w:b w:val="0"/>
          <w:sz w:val="20"/>
        </w:rPr>
        <w:t>【义项】A 修建，修造　B 长，高　C 做，从事　D 整饰　E 施行　F 善，美好</w:t>
      </w:r>
    </w:p>
    <w:p>
      <w:pPr>
        <w:spacing w:after="20" w:line="276" w:lineRule="auto"/>
      </w:pPr>
      <w:r>
        <w:rPr>
          <w:sz w:val="21"/>
        </w:rPr>
        <w:t xml:space="preserve">（1）乃重修岳阳楼（范仲淹《岳阳楼记》）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（2）邹忌修八尺有余（《邹忌讽齐王纳谏》）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（3）修禊事也（王羲之《兰亭集序》）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（4）严大国之威以修敬也（司马迁《廉颇蔺相如列传》）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（5）则修文德以来之（《季氏将伐颛臾》）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（6）又重之以修能（屈原《离骚》）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98. 徐</w:t>
      </w:r>
    </w:p>
    <w:p>
      <w:pPr>
        <w:spacing w:after="40" w:line="276" w:lineRule="auto"/>
      </w:pPr>
      <w:r>
        <w:rPr>
          <w:b w:val="0"/>
          <w:sz w:val="20"/>
        </w:rPr>
        <w:t>【义项】A 慢慢地　B 迟缓</w:t>
      </w:r>
    </w:p>
    <w:p>
      <w:pPr>
        <w:spacing w:after="20" w:line="276" w:lineRule="auto"/>
      </w:pPr>
      <w:r>
        <w:rPr>
          <w:sz w:val="21"/>
        </w:rPr>
        <w:t xml:space="preserve">（1）自可断来信，徐徐更谓之（《孔雀东南飞》）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（2）不徐不疾（成语）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</w:t>
      </w:r>
    </w:p>
    <w:p>
      <w:pPr>
        <w:spacing w:after="20" w:line="276" w:lineRule="auto"/>
      </w:pPr>
      <w:r>
        <w:rPr>
          <w:b/>
          <w:color w:val="B8902F"/>
          <w:sz w:val="24"/>
        </w:rPr>
        <w:t>99. 许</w:t>
      </w:r>
    </w:p>
    <w:p>
      <w:pPr>
        <w:spacing w:after="40" w:line="276" w:lineRule="auto"/>
      </w:pPr>
      <w:r>
        <w:rPr>
          <w:b w:val="0"/>
          <w:sz w:val="20"/>
        </w:rPr>
        <w:t>【义项】A 答应，应允　B 地方，处所　C 用在数词后，表约数　D 赞许，同意　E 期望，期许　F 这样，如此</w:t>
      </w:r>
    </w:p>
    <w:p>
      <w:pPr>
        <w:spacing w:after="20" w:line="276" w:lineRule="auto"/>
      </w:pPr>
      <w:r>
        <w:rPr>
          <w:sz w:val="21"/>
        </w:rPr>
        <w:t xml:space="preserve">（1）秦强而赵弱，不可不许（司马迁《廉颇蔺相如列传》）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（2）先生不知何许人也（陶渊明《五柳先生传》）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（3）潭中鱼可百许头（柳宗元《小石潭记》）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（4）同心不减骨肉亲，每语见许文章伯（杜甫《戏赠阌乡秦少公短歌》）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（5）塞上长城空自许（陆游《书愤》）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（6）天造梅花，有许孤高，有许芬芳（刘克庄《沁园春》）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100. 阳</w:t>
      </w:r>
    </w:p>
    <w:p>
      <w:pPr>
        <w:spacing w:after="40" w:line="276" w:lineRule="auto"/>
      </w:pPr>
      <w:r>
        <w:rPr>
          <w:b w:val="0"/>
          <w:sz w:val="20"/>
        </w:rPr>
        <w:t>【义项】A 山的南面　B 阳光，太阳　C 表面上，假装　D 水的北面（古“山之南，水之北”为阳）　E 阳气</w:t>
      </w:r>
    </w:p>
    <w:p>
      <w:pPr>
        <w:spacing w:after="20" w:line="276" w:lineRule="auto"/>
      </w:pPr>
      <w:r>
        <w:rPr>
          <w:sz w:val="21"/>
        </w:rPr>
        <w:t xml:space="preserve">（1）以其乃华山之阳名之也（王安石《游褒禅山记》）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（2）斜阳草树，寻常巷陌（辛弃疾《永遇乐·京口北固亭怀古》）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（3）夫知伯之为人也，阳亲而阴疏（《战国策》）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（4）甲午，乃即皇帝位汜水之阳（司马迁《高祖本纪》）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（5）阳伏而不能出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101. 要</w:t>
      </w:r>
    </w:p>
    <w:p>
      <w:pPr>
        <w:spacing w:after="40" w:line="276" w:lineRule="auto"/>
      </w:pPr>
      <w:r>
        <w:rPr>
          <w:b w:val="0"/>
          <w:sz w:val="20"/>
        </w:rPr>
        <w:t>【义项】A 重要的　B 通“邀”，邀请　C 相约，誓约　D 要挟，威胁　E 关键，要领　F 总括，概括　G 将要</w:t>
      </w:r>
    </w:p>
    <w:p>
      <w:pPr>
        <w:spacing w:after="20" w:line="276" w:lineRule="auto"/>
      </w:pPr>
      <w:r>
        <w:rPr>
          <w:sz w:val="21"/>
        </w:rPr>
        <w:t xml:space="preserve">（1）东割膏腴之地，北收要害之郡（贾谊《过秦论》）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（2）张良出，要项伯（司马迁《鸿门宴》）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（3）虽与府吏要，渠会永无缘（《孔雀东南飞》）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（4）夫仲达以所能要其君（陈亮《酌古论》）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（5）故治之要在于知道（《荀子》）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（6）要之，死日然后是非乃定（司马迁《报任安书》）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（7）囊锥刚要出头来（胡铨《好事近》）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</w:t>
      </w:r>
    </w:p>
    <w:p>
      <w:pPr>
        <w:spacing w:after="20" w:line="276" w:lineRule="auto"/>
      </w:pPr>
      <w:r>
        <w:rPr>
          <w:b/>
          <w:color w:val="B8902F"/>
          <w:sz w:val="24"/>
        </w:rPr>
        <w:t>102. 宜</w:t>
      </w:r>
    </w:p>
    <w:p>
      <w:pPr>
        <w:spacing w:after="40" w:line="276" w:lineRule="auto"/>
      </w:pPr>
      <w:r>
        <w:rPr>
          <w:b w:val="0"/>
          <w:sz w:val="20"/>
        </w:rPr>
        <w:t>【义项】A 应当，应该　B 应当，应该（重复）　C 合适</w:t>
      </w:r>
    </w:p>
    <w:p>
      <w:pPr>
        <w:spacing w:after="20" w:line="276" w:lineRule="auto"/>
      </w:pPr>
      <w:r>
        <w:rPr>
          <w:sz w:val="21"/>
        </w:rPr>
        <w:t xml:space="preserve">（1）将军禽操，宜在今日（司马光《赤壁之战》）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（2）诚宜开张圣听（诸葛亮《出师表》）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（3）事已布告诸侯，诸侯皆以为宜（司马迁《史记》）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103. 遗</w:t>
      </w:r>
    </w:p>
    <w:p>
      <w:pPr>
        <w:spacing w:after="40" w:line="276" w:lineRule="auto"/>
      </w:pPr>
      <w:r>
        <w:rPr>
          <w:b w:val="0"/>
          <w:sz w:val="20"/>
        </w:rPr>
        <w:t>【义项】A 遗失，丢失　B 遗漏，忽略　C 送给，给予　D 遗留，留下</w:t>
      </w:r>
    </w:p>
    <w:p>
      <w:pPr>
        <w:spacing w:after="20" w:line="276" w:lineRule="auto"/>
      </w:pPr>
      <w:r>
        <w:rPr>
          <w:sz w:val="21"/>
        </w:rPr>
        <w:t xml:space="preserve">（1）秦无亡矢遗镞之费（贾谊《过秦论》）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（2）小学而大遗，吾未见其明也（韩愈《师说》）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（3）是以先帝简拔以遗陛下（诸葛亮《出师表》）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（4）生民百遗一，念之断人肠（曹操《蒿里行》）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104. 贻</w:t>
      </w:r>
    </w:p>
    <w:p>
      <w:pPr>
        <w:spacing w:after="40" w:line="276" w:lineRule="auto"/>
      </w:pPr>
      <w:r>
        <w:rPr>
          <w:b w:val="0"/>
          <w:sz w:val="20"/>
        </w:rPr>
        <w:t>【义项】A 赠送　B 遗留</w:t>
      </w:r>
    </w:p>
    <w:p>
      <w:pPr>
        <w:spacing w:after="20" w:line="276" w:lineRule="auto"/>
      </w:pPr>
      <w:r>
        <w:rPr>
          <w:sz w:val="21"/>
        </w:rPr>
        <w:t xml:space="preserve">（1）余嘉其能行古道，作《师说》以贻之（韩愈《师说》）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（2）贻笑大方（成语）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</w:t>
      </w:r>
    </w:p>
    <w:p>
      <w:pPr>
        <w:spacing w:after="20" w:line="276" w:lineRule="auto"/>
      </w:pPr>
      <w:r>
        <w:rPr>
          <w:b/>
          <w:color w:val="B8902F"/>
          <w:sz w:val="24"/>
        </w:rPr>
        <w:t>105. 易</w:t>
      </w:r>
    </w:p>
    <w:p>
      <w:pPr>
        <w:spacing w:after="40" w:line="276" w:lineRule="auto"/>
      </w:pPr>
      <w:r>
        <w:rPr>
          <w:b w:val="0"/>
          <w:sz w:val="20"/>
        </w:rPr>
        <w:t>【义项】A 换，换取　B 容易　C 轻易　D 交换，交易，换　E 改变　F 轻视、怠慢</w:t>
      </w:r>
    </w:p>
    <w:p>
      <w:pPr>
        <w:spacing w:after="20" w:line="276" w:lineRule="auto"/>
      </w:pPr>
      <w:r>
        <w:rPr>
          <w:sz w:val="21"/>
        </w:rPr>
        <w:t xml:space="preserve">（1）秦王以十五城请易寡人之璧（司马迁《廉颇蔺相如列传》）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（2）岂得之难而失之易欤（欧阳修《伶官传序》）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（3）或未易量（苏洵《六国论》）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（4）郑怨，与鲁易许田（司马迁《史记》）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（5）天不变其常，地不易其则（《管子》）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（6）夫负虚交而易强御，恃远救而轻近敌（范晔《后汉书·窦融传》）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106. 阴</w:t>
      </w:r>
    </w:p>
    <w:p>
      <w:pPr>
        <w:spacing w:after="40" w:line="276" w:lineRule="auto"/>
      </w:pPr>
      <w:r>
        <w:rPr>
          <w:b w:val="0"/>
          <w:sz w:val="20"/>
        </w:rPr>
        <w:t>【义项】A 阴天，没有阳光　B 暗中，暗地里　C 水的南面</w:t>
      </w:r>
    </w:p>
    <w:p>
      <w:pPr>
        <w:spacing w:after="20" w:line="276" w:lineRule="auto"/>
      </w:pPr>
      <w:r>
        <w:rPr>
          <w:sz w:val="21"/>
        </w:rPr>
        <w:t xml:space="preserve">（1）朝晖夕阴，气象万千（范仲淹《岳阳楼记》）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（2）阴知奸党名姓，一时收禽（范晔《张衡传》）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（3）指通豫南，达于汉阴（《愚公移山》）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107. 右</w:t>
      </w:r>
    </w:p>
    <w:p>
      <w:pPr>
        <w:spacing w:after="40" w:line="276" w:lineRule="auto"/>
      </w:pPr>
      <w:r>
        <w:rPr>
          <w:b w:val="0"/>
          <w:sz w:val="20"/>
        </w:rPr>
        <w:t>【义项】A 右边，与“左”相对　B 古时以右为尊，用以指较高的地位</w:t>
      </w:r>
    </w:p>
    <w:p>
      <w:pPr>
        <w:spacing w:after="20" w:line="276" w:lineRule="auto"/>
      </w:pPr>
      <w:r>
        <w:rPr>
          <w:sz w:val="21"/>
        </w:rPr>
        <w:t xml:space="preserve">（1）居右者椎髻仰面（魏学洢《核舟记》）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（2）拜为上卿，位在廉颇之右（司马迁《廉颇蔺相如列传》）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</w:t>
      </w:r>
    </w:p>
    <w:p>
      <w:pPr>
        <w:spacing w:after="20" w:line="276" w:lineRule="auto"/>
      </w:pPr>
      <w:r>
        <w:rPr>
          <w:b/>
          <w:color w:val="B8902F"/>
          <w:sz w:val="24"/>
        </w:rPr>
        <w:t>108. 再</w:t>
      </w:r>
    </w:p>
    <w:p>
      <w:pPr>
        <w:spacing w:after="40" w:line="276" w:lineRule="auto"/>
      </w:pPr>
      <w:r>
        <w:rPr>
          <w:b w:val="0"/>
          <w:sz w:val="20"/>
        </w:rPr>
        <w:t>【义项】A 两次　B 第二次</w:t>
      </w:r>
    </w:p>
    <w:p>
      <w:pPr>
        <w:spacing w:after="20" w:line="276" w:lineRule="auto"/>
      </w:pPr>
      <w:r>
        <w:rPr>
          <w:sz w:val="21"/>
        </w:rPr>
        <w:t xml:space="preserve">（1）庭中始为篱，已为墙，凡再变矣（归有光《项脊轩志》）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（2）一鼓作气，再而衰（《曹刿论战》）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</w:t>
      </w:r>
    </w:p>
    <w:p>
      <w:pPr>
        <w:spacing w:after="20" w:line="276" w:lineRule="auto"/>
      </w:pPr>
      <w:r>
        <w:rPr>
          <w:b/>
          <w:color w:val="B8902F"/>
          <w:sz w:val="24"/>
        </w:rPr>
        <w:t>109. 造</w:t>
      </w:r>
    </w:p>
    <w:p>
      <w:pPr>
        <w:spacing w:after="40" w:line="276" w:lineRule="auto"/>
      </w:pPr>
      <w:r>
        <w:rPr>
          <w:b w:val="0"/>
          <w:sz w:val="20"/>
        </w:rPr>
        <w:t>【义项】A 制定　B 作，制造，创建　C 往，到……去</w:t>
      </w:r>
    </w:p>
    <w:p>
      <w:pPr>
        <w:spacing w:after="20" w:line="276" w:lineRule="auto"/>
      </w:pPr>
      <w:r>
        <w:rPr>
          <w:sz w:val="21"/>
        </w:rPr>
        <w:t xml:space="preserve">（1）怀王使屈原造为宪令（司马迁《屈原列传》）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（2）复造候风地动仪（范晔《张衡传》）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（3）径造庐访成（蒲松龄《促织》）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110. 知</w:t>
      </w:r>
    </w:p>
    <w:p>
      <w:pPr>
        <w:spacing w:after="40" w:line="276" w:lineRule="auto"/>
      </w:pPr>
      <w:r>
        <w:rPr>
          <w:b w:val="0"/>
          <w:sz w:val="20"/>
        </w:rPr>
        <w:t>【义项】A 知道，懂得　B 通“智”，智慧　C 交情　D 了解　E 主持，掌管</w:t>
      </w:r>
    </w:p>
    <w:p>
      <w:pPr>
        <w:spacing w:after="20" w:line="276" w:lineRule="auto"/>
      </w:pPr>
      <w:r>
        <w:rPr>
          <w:sz w:val="21"/>
        </w:rPr>
        <w:t xml:space="preserve">（1）人非生而知之者，孰能无惑（韩愈《师说》）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（2）则知明而行无过矣（《劝学》）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（3）绝宾客之知（司马迁《报任安书》）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（4）君何以知燕王（司马迁《廉颇蔺相如列传》）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（5）三年而知郑国之政也（《吕氏春秋》）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111. 致</w:t>
      </w:r>
    </w:p>
    <w:p>
      <w:pPr>
        <w:spacing w:after="40" w:line="276" w:lineRule="auto"/>
      </w:pPr>
      <w:r>
        <w:rPr>
          <w:b w:val="0"/>
          <w:sz w:val="20"/>
        </w:rPr>
        <w:t>【义项】A 表达，传达　B 招纳，招引　C 招致，招来　D 到达　E 获得，得到　F 意志，情趣　G 到</w:t>
      </w:r>
    </w:p>
    <w:p>
      <w:pPr>
        <w:spacing w:after="20" w:line="276" w:lineRule="auto"/>
      </w:pPr>
      <w:r>
        <w:rPr>
          <w:sz w:val="21"/>
        </w:rPr>
        <w:t xml:space="preserve">（1）一篇之中三致志焉（司马迁《屈原列传》）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（2）以致天下之士（贾谊《过秦论》）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（3）何意致不厚（《孔雀东南飞》）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（4）而致千里（《劝学》）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（5）家贫，无从致书以观（宋濂《送东阳马生序》）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（6）所以兴怀，其致一也（王羲之《兰亭集序》）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（7）书问致简，益用增劳（曹丕《与朝歌令吴质书》）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</w:t>
      </w:r>
    </w:p>
    <w:p>
      <w:pPr>
        <w:spacing w:after="20" w:line="276" w:lineRule="auto"/>
      </w:pPr>
      <w:r>
        <w:rPr>
          <w:b/>
          <w:color w:val="B8902F"/>
          <w:sz w:val="24"/>
        </w:rPr>
        <w:t>112. 质</w:t>
      </w:r>
    </w:p>
    <w:p>
      <w:pPr>
        <w:spacing w:after="40" w:line="276" w:lineRule="auto"/>
      </w:pPr>
      <w:r>
        <w:rPr>
          <w:b w:val="0"/>
          <w:sz w:val="20"/>
        </w:rPr>
        <w:t>【义项】A 通“贽”，见面礼　B 刑具，杀人时作垫用的砧板　C 本质，实质　D 抵押，典当</w:t>
      </w:r>
    </w:p>
    <w:p>
      <w:pPr>
        <w:spacing w:after="20" w:line="276" w:lineRule="auto"/>
      </w:pPr>
      <w:r>
        <w:rPr>
          <w:sz w:val="21"/>
        </w:rPr>
        <w:t xml:space="preserve">（1）厚币委质事楚（司马迁《屈原列传》）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（2）君不如肉袒伏斧质请罪（司马迁《廉颇蔺相如列传》）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（3）芳与泽其杂糅兮，唯昭质其犹未亏（屈原《离骚》）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（4）其俗以男女质钱（韩愈《柳子厚墓志铭》）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113. 治</w:t>
      </w:r>
    </w:p>
    <w:p>
      <w:pPr>
        <w:spacing w:after="40" w:line="276" w:lineRule="auto"/>
      </w:pPr>
      <w:r>
        <w:rPr>
          <w:b w:val="0"/>
          <w:sz w:val="20"/>
        </w:rPr>
        <w:t>【义项】A 安定，有秩序，与“乱”相对　B 部署　C 医治　D 治理，管理　E 惩治，治罪　F 营造，修建　G 研究</w:t>
      </w:r>
    </w:p>
    <w:p>
      <w:pPr>
        <w:spacing w:after="20" w:line="276" w:lineRule="auto"/>
      </w:pPr>
      <w:r>
        <w:rPr>
          <w:sz w:val="21"/>
        </w:rPr>
        <w:t xml:space="preserve">（1）博闻强志，明于治乱（司马迁《屈原列传》）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（2）今治水军八十万众，方与将军会猎于吴（司马光《赤壁之战》）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（3）君有疾在腠理，不治将恐深（《扁鹊见蔡桓公》）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（4）伏惟圣朝以孝治天下（李密《陈情表》）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（5）不效，则治臣之罪（诸葛亮《出师表》）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（6）于是文帝使使治庙汾阴，南临河（王充《论衡》）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（7）治《春秋》，为郡文学，进退必以礼（班固《汉书》）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 G</w:t>
      </w:r>
    </w:p>
    <w:p>
      <w:pPr>
        <w:spacing w:after="20" w:line="276" w:lineRule="auto"/>
      </w:pPr>
      <w:r>
        <w:rPr>
          <w:b/>
          <w:color w:val="B8902F"/>
          <w:sz w:val="24"/>
        </w:rPr>
        <w:t>114. 诸</w:t>
      </w:r>
    </w:p>
    <w:p>
      <w:pPr>
        <w:spacing w:after="40" w:line="276" w:lineRule="auto"/>
      </w:pPr>
      <w:r>
        <w:rPr>
          <w:b w:val="0"/>
          <w:sz w:val="20"/>
        </w:rPr>
        <w:t>【义项】A 各，众多　B 兼词，相当于“之于”　C 相当于“之”　D 兼词，相当于“之乎”</w:t>
      </w:r>
    </w:p>
    <w:p>
      <w:pPr>
        <w:spacing w:after="20" w:line="276" w:lineRule="auto"/>
      </w:pPr>
      <w:r>
        <w:rPr>
          <w:sz w:val="21"/>
        </w:rPr>
        <w:t xml:space="preserve">（1）赵王与大将军廉颇诸大臣谋（司马迁《廉颇蔺相如列传》）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（2）投诸渤海之尾（《愚公移山》）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（3）晋荐饥，使乞籴于秦。秦伯谓子桑：“与诸乎？”（荐饥：连年饥荒）（《左传》）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（4）文王之囿方七十里，有诸（《孟子》）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115. 贼</w:t>
      </w:r>
    </w:p>
    <w:p>
      <w:pPr>
        <w:spacing w:after="40" w:line="276" w:lineRule="auto"/>
      </w:pPr>
      <w:r>
        <w:rPr>
          <w:b w:val="0"/>
          <w:sz w:val="20"/>
        </w:rPr>
        <w:t>【义项】A 偷盗的人　B 伤害，杀害　C 狠毒　D 强盗　E 祸害，祸患　F 敌人，仇敌</w:t>
      </w:r>
    </w:p>
    <w:p>
      <w:pPr>
        <w:spacing w:after="20" w:line="276" w:lineRule="auto"/>
      </w:pPr>
      <w:r>
        <w:rPr>
          <w:sz w:val="21"/>
        </w:rPr>
        <w:t xml:space="preserve">（1）忍能对面为盗贼（杜甫《茅屋为秋风所破歌》）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（2）二人相憎，而欲相贼也（《韩非子》）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（3）董卓狼戾贼忍（陈寿《三国志》）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（4）贼二人得我（柳宗元《童区寄传》）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（5）是天下之大贼也（贾谊《论积贮疏》）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（6）愿陛下托臣以讨贼兴复之效（诸葛亮《出师表》）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 F</w:t>
      </w:r>
    </w:p>
    <w:p>
      <w:pPr>
        <w:spacing w:after="20" w:line="276" w:lineRule="auto"/>
      </w:pPr>
      <w:r>
        <w:rPr>
          <w:b/>
          <w:color w:val="B8902F"/>
          <w:sz w:val="24"/>
        </w:rPr>
        <w:t>116. 族</w:t>
      </w:r>
    </w:p>
    <w:p>
      <w:pPr>
        <w:spacing w:after="40" w:line="276" w:lineRule="auto"/>
      </w:pPr>
      <w:r>
        <w:rPr>
          <w:b w:val="0"/>
          <w:sz w:val="20"/>
        </w:rPr>
        <w:t>【义项】A 类，辈　B 聚集（此指筋骨交错聚结之处）　C 灭族　D 众，群，一般</w:t>
      </w:r>
    </w:p>
    <w:p>
      <w:pPr>
        <w:spacing w:after="20" w:line="276" w:lineRule="auto"/>
      </w:pPr>
      <w:r>
        <w:rPr>
          <w:sz w:val="21"/>
        </w:rPr>
        <w:t xml:space="preserve">（1）士大夫之族（韩愈《师说》）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（2）每至于族，吾见其难为（《庖丁解牛》）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（3）族秦者秦也，非天下也（杜牧《阿房宫赋》）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（4）族庖月更刀（《庖丁解牛》）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</w:t>
      </w:r>
    </w:p>
    <w:p>
      <w:pPr>
        <w:spacing w:after="20" w:line="276" w:lineRule="auto"/>
      </w:pPr>
      <w:r>
        <w:rPr>
          <w:b/>
          <w:color w:val="B8902F"/>
          <w:sz w:val="24"/>
        </w:rPr>
        <w:t>117. 卒</w:t>
      </w:r>
    </w:p>
    <w:p>
      <w:pPr>
        <w:spacing w:after="40" w:line="276" w:lineRule="auto"/>
      </w:pPr>
      <w:r>
        <w:rPr>
          <w:b w:val="0"/>
          <w:sz w:val="20"/>
        </w:rPr>
        <w:t>【义项】A 步兵　B 去世　C 终于　D 通“猝”，突然，仓促　E 终，保全</w:t>
      </w:r>
    </w:p>
    <w:p>
      <w:pPr>
        <w:spacing w:after="20" w:line="276" w:lineRule="auto"/>
      </w:pPr>
      <w:r>
        <w:rPr>
          <w:sz w:val="21"/>
        </w:rPr>
        <w:t xml:space="preserve">（1）信臣精卒陈利兵而谁何（贾谊《过秦论》）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（2）年六十二，永和四年卒（范晔《张衡传》）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（3）卒相与欢，为刎颈之交（司马迁《廉颇蔺相如列传》）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（4）卒起不意（《荆轲刺秦王》）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（5）磐石方且厚，可以卒千年（《孔雀东南飞》）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118. 走</w:t>
      </w:r>
    </w:p>
    <w:p>
      <w:pPr>
        <w:spacing w:after="40" w:line="276" w:lineRule="auto"/>
      </w:pPr>
      <w:r>
        <w:rPr>
          <w:b w:val="0"/>
          <w:sz w:val="20"/>
        </w:rPr>
        <w:t>【义项】A 逃跑　B 使……逃跑　C 延伸　D 奔向，趋向　E 仆人，自称的谦辞</w:t>
      </w:r>
    </w:p>
    <w:p>
      <w:pPr>
        <w:spacing w:after="20" w:line="276" w:lineRule="auto"/>
      </w:pPr>
      <w:r>
        <w:rPr>
          <w:sz w:val="21"/>
        </w:rPr>
        <w:t xml:space="preserve">（1）老翁逾墙走（杜甫《石壕吏》）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（2）可烧而走也（司马光《赤壁之战》）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（3）骊山北构而西折，直走咸阳（杜牧《阿房宫赋》）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（4）水出于山而走于海（《吕氏春秋》）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（5）走虽不敏，庶斯达矣（张衡《东京赋》）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>
      <w:pPr>
        <w:spacing w:after="20" w:line="276" w:lineRule="auto"/>
      </w:pPr>
      <w:r>
        <w:rPr>
          <w:b/>
          <w:color w:val="B8902F"/>
          <w:sz w:val="24"/>
        </w:rPr>
        <w:t>119. 左</w:t>
      </w:r>
    </w:p>
    <w:p>
      <w:pPr>
        <w:spacing w:after="40" w:line="276" w:lineRule="auto"/>
      </w:pPr>
      <w:r>
        <w:rPr>
          <w:b w:val="0"/>
          <w:sz w:val="20"/>
        </w:rPr>
        <w:t>【义项】A 左边　B 古代地理上以东为左，东面　C 邪，不正</w:t>
      </w:r>
    </w:p>
    <w:p>
      <w:pPr>
        <w:spacing w:after="20" w:line="276" w:lineRule="auto"/>
      </w:pPr>
      <w:r>
        <w:rPr>
          <w:sz w:val="21"/>
        </w:rPr>
        <w:t xml:space="preserve">（1）然视其左右，来而记之者已少（王安石《游褒禅山记》）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（2）淮左名都，竹西佳处，解鞍少驻初程（姜夔《扬州慢》）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（3）旁门左道（成语）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</w:t>
      </w:r>
    </w:p>
    <w:p>
      <w:pPr>
        <w:spacing w:after="20" w:line="276" w:lineRule="auto"/>
      </w:pPr>
      <w:r>
        <w:rPr>
          <w:b/>
          <w:color w:val="B8902F"/>
          <w:sz w:val="24"/>
        </w:rPr>
        <w:t>120. 坐</w:t>
      </w:r>
    </w:p>
    <w:p>
      <w:pPr>
        <w:spacing w:after="40" w:line="276" w:lineRule="auto"/>
      </w:pPr>
      <w:r>
        <w:rPr>
          <w:b w:val="0"/>
          <w:sz w:val="20"/>
        </w:rPr>
        <w:t>【义项】A 坐着，坐下　B 通“座”，座位　C 由于，因为　D 徒然，白白地　E 因犯……罪</w:t>
      </w:r>
    </w:p>
    <w:p>
      <w:pPr>
        <w:spacing w:after="20" w:line="276" w:lineRule="auto"/>
      </w:pPr>
      <w:r>
        <w:rPr>
          <w:sz w:val="21"/>
        </w:rPr>
        <w:t xml:space="preserve">（1）项王、项伯东向坐（司马迁《鸿门宴》）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（2）因击沛公于坐（司马迁《鸿门宴》）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（3）停车坐爱枫林晚（杜牧《山行》）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20" w:line="276" w:lineRule="auto"/>
      </w:pPr>
      <w:r>
        <w:rPr>
          <w:sz w:val="21"/>
        </w:rPr>
        <w:t xml:space="preserve">（4）以手抚膺坐长叹（李白《蜀道难》）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〔课内〕</w:t>
      </w:r>
    </w:p>
    <w:p>
      <w:pPr>
        <w:spacing w:after="20" w:line="276" w:lineRule="auto"/>
      </w:pPr>
      <w:r>
        <w:rPr>
          <w:sz w:val="21"/>
        </w:rPr>
        <w:t xml:space="preserve">（5）留侯不疑，孝文帝五年坐不敬，国除（司马迁《留侯世家》） </w:t>
      </w:r>
      <w:r>
        <w:rPr>
          <w:color w:val="9A907E"/>
          <w:sz w:val="21"/>
        </w:rPr>
        <w:t>＿＿＿＿</w:t>
      </w:r>
      <w:r>
        <w:rPr>
          <w:color w:val="9A907E"/>
          <w:sz w:val="17"/>
        </w:rPr>
        <w:t xml:space="preserve"> 〔课外〕</w:t>
      </w:r>
    </w:p>
    <w:p>
      <w:pPr>
        <w:spacing w:after="120" w:line="276" w:lineRule="auto"/>
      </w:pPr>
      <w:r>
        <w:rPr>
          <w:b w:val="0"/>
          <w:color w:val="9A907E"/>
          <w:sz w:val="18"/>
        </w:rPr>
        <w:t>参考答案：A B C D E</w:t>
      </w:r>
    </w:p>
    <w:p/>
    <w:sectPr w:rsidR="00FC693F" w:rsidRPr="0006063C" w:rsidSect="00034616">
      <w:pgSz w:w="23811" w:h="16157" w:orient="landscape"/>
      <w:pgMar w:top="907" w:right="1020" w:bottom="907" w:left="1020" w:header="720" w:footer="720" w:gutter="0"/>
      <w:cols w:space="680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